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0" w:before="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114300" distT="114300" distL="114300" distR="114300">
            <wp:extent cx="2814638" cy="2814638"/>
            <wp:effectExtent b="0" l="0" r="0" t="0"/>
            <wp:docPr id="25" name="image25.png"/>
            <a:graphic>
              <a:graphicData uri="http://schemas.openxmlformats.org/drawingml/2006/picture">
                <pic:pic>
                  <pic:nvPicPr>
                    <pic:cNvPr id="0" name="image25.png"/>
                    <pic:cNvPicPr preferRelativeResize="0"/>
                  </pic:nvPicPr>
                  <pic:blipFill>
                    <a:blip r:embed="rId7"/>
                    <a:srcRect b="0" l="0" r="0" t="0"/>
                    <a:stretch>
                      <a:fillRect/>
                    </a:stretch>
                  </pic:blipFill>
                  <pic:spPr>
                    <a:xfrm>
                      <a:off x="0" y="0"/>
                      <a:ext cx="2814638" cy="28146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spacing w:after="0" w:before="0" w:line="240" w:lineRule="auto"/>
        <w:jc w:val="center"/>
        <w:rPr>
          <w:rFonts w:ascii="Times New Roman" w:cs="Times New Roman" w:eastAsia="Times New Roman" w:hAnsi="Times New Roman"/>
          <w:b w:val="1"/>
        </w:rPr>
      </w:pPr>
      <w:bookmarkStart w:colFirst="0" w:colLast="0" w:name="_heading=h.itnc6rkskkm7" w:id="0"/>
      <w:bookmarkEnd w:id="0"/>
      <w:r w:rsidDel="00000000" w:rsidR="00000000" w:rsidRPr="00000000">
        <w:rPr>
          <w:rFonts w:ascii="Times New Roman" w:cs="Times New Roman" w:eastAsia="Times New Roman" w:hAnsi="Times New Roman"/>
          <w:b w:val="1"/>
          <w:rtl w:val="0"/>
        </w:rPr>
        <w:t xml:space="preserve">Marking, Feedback &amp; Dialogue Policy</w:t>
      </w:r>
    </w:p>
    <w:p w:rsidR="00000000" w:rsidDel="00000000" w:rsidP="00000000" w:rsidRDefault="00000000" w:rsidRPr="00000000" w14:paraId="00000003">
      <w:pPr>
        <w:pStyle w:val="Heading3"/>
        <w:spacing w:after="0" w:before="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after="0" w:line="240" w:lineRule="auto"/>
        <w:ind w:left="0" w:firstLine="0"/>
        <w:jc w:val="both"/>
        <w:rPr>
          <w:rFonts w:ascii="Times New Roman" w:cs="Times New Roman" w:eastAsia="Times New Roman" w:hAnsi="Times New Roman"/>
          <w:b w:val="1"/>
          <w:color w:val="4f81bd"/>
          <w:sz w:val="26"/>
          <w:szCs w:val="26"/>
        </w:rPr>
      </w:pPr>
      <w:r w:rsidDel="00000000" w:rsidR="00000000" w:rsidRPr="00000000">
        <w:rPr>
          <w:rFonts w:ascii="Times New Roman" w:cs="Times New Roman" w:eastAsia="Times New Roman" w:hAnsi="Times New Roman"/>
          <w:b w:val="1"/>
          <w:color w:val="4f81bd"/>
          <w:sz w:val="26"/>
          <w:szCs w:val="26"/>
          <w:rtl w:val="0"/>
        </w:rPr>
        <w:t xml:space="preserve">1. </w:t>
      </w:r>
      <w:r w:rsidDel="00000000" w:rsidR="00000000" w:rsidRPr="00000000">
        <w:rPr>
          <w:rFonts w:ascii="Times New Roman" w:cs="Times New Roman" w:eastAsia="Times New Roman" w:hAnsi="Times New Roman"/>
          <w:b w:val="1"/>
          <w:color w:val="4f81bd"/>
          <w:sz w:val="26"/>
          <w:szCs w:val="26"/>
          <w:rtl w:val="0"/>
        </w:rPr>
        <w:t xml:space="preserve">Introduction</w:t>
      </w:r>
    </w:p>
    <w:p w:rsidR="00000000" w:rsidDel="00000000" w:rsidP="00000000" w:rsidRDefault="00000000" w:rsidRPr="00000000" w14:paraId="00000005">
      <w:pPr>
        <w:spacing w:after="0" w:line="240" w:lineRule="auto"/>
        <w:ind w:right="1"/>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06">
      <w:pPr>
        <w:spacing w:after="0" w:line="240" w:lineRule="auto"/>
        <w:ind w:right="1"/>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“Feedback is one of the most powerful influences on learning and achievement.”</w:t>
      </w:r>
    </w:p>
    <w:p w:rsidR="00000000" w:rsidDel="00000000" w:rsidP="00000000" w:rsidRDefault="00000000" w:rsidRPr="00000000" w14:paraId="00000007">
      <w:pPr>
        <w:spacing w:after="0" w:line="240" w:lineRule="auto"/>
        <w:ind w:right="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Hattie and Timperley, 2007</w:t>
      </w:r>
    </w:p>
    <w:p w:rsidR="00000000" w:rsidDel="00000000" w:rsidP="00000000" w:rsidRDefault="00000000" w:rsidRPr="00000000" w14:paraId="00000008">
      <w:pPr>
        <w:spacing w:after="0" w:line="240" w:lineRule="auto"/>
        <w:ind w:right="1"/>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after="0" w:line="240" w:lineRule="auto"/>
        <w:ind w:right="1"/>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“Feedback should be provided to move learning forward.”</w:t>
      </w:r>
    </w:p>
    <w:p w:rsidR="00000000" w:rsidDel="00000000" w:rsidP="00000000" w:rsidRDefault="00000000" w:rsidRPr="00000000" w14:paraId="0000000A">
      <w:pPr>
        <w:spacing w:after="0" w:line="240" w:lineRule="auto"/>
        <w:ind w:right="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EEF, 2021</w:t>
      </w:r>
    </w:p>
    <w:p w:rsidR="00000000" w:rsidDel="00000000" w:rsidP="00000000" w:rsidRDefault="00000000" w:rsidRPr="00000000" w14:paraId="0000000B">
      <w:pPr>
        <w:spacing w:after="0" w:line="240" w:lineRule="auto"/>
        <w:ind w:right="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after="0" w:line="240" w:lineRule="auto"/>
        <w:ind w:right="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Kielder Primary School, we recognise the importance of feedback and dialogue as part of the teaching and learning cycle and aim to maximise the effectiveness of its use. However, we are also mindful of the workload implications of written marking, and of the research surrounding effective feedback.</w:t>
      </w:r>
    </w:p>
    <w:p w:rsidR="00000000" w:rsidDel="00000000" w:rsidP="00000000" w:rsidRDefault="00000000" w:rsidRPr="00000000" w14:paraId="0000000D">
      <w:pPr>
        <w:spacing w:after="0" w:line="240" w:lineRule="auto"/>
        <w:ind w:right="1"/>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spacing w:after="16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the Department for Education’s research into teacher workload has highlighted written marking as a key contributing factor, we aim to find alternatives to onerous written marking which provide effective feedback in line with the EEF’s recommendations, and those of the DfE’s expert group which emphasises that marking should be </w:t>
      </w:r>
      <w:r w:rsidDel="00000000" w:rsidR="00000000" w:rsidRPr="00000000">
        <w:rPr>
          <w:rFonts w:ascii="Times New Roman" w:cs="Times New Roman" w:eastAsia="Times New Roman" w:hAnsi="Times New Roman"/>
          <w:b w:val="1"/>
          <w:rtl w:val="0"/>
        </w:rPr>
        <w:t xml:space="preserve">meaningful</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manageable</w:t>
      </w:r>
      <w:r w:rsidDel="00000000" w:rsidR="00000000" w:rsidRPr="00000000">
        <w:rPr>
          <w:rFonts w:ascii="Times New Roman" w:cs="Times New Roman" w:eastAsia="Times New Roman" w:hAnsi="Times New Roman"/>
          <w:rtl w:val="0"/>
        </w:rPr>
        <w:t xml:space="preserve"> and </w:t>
      </w:r>
      <w:r w:rsidDel="00000000" w:rsidR="00000000" w:rsidRPr="00000000">
        <w:rPr>
          <w:rFonts w:ascii="Times New Roman" w:cs="Times New Roman" w:eastAsia="Times New Roman" w:hAnsi="Times New Roman"/>
          <w:b w:val="1"/>
          <w:rtl w:val="0"/>
        </w:rPr>
        <w:t xml:space="preserve">motivating</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F">
      <w:pPr>
        <w:spacing w:after="16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have also taken the advice provided by the NCETM (National Centre for Excellence in Teaching Mathematics) that the most important activity for teachers is the teaching itself, supported by the design and preparation of lessons.</w:t>
      </w:r>
    </w:p>
    <w:p w:rsidR="00000000" w:rsidDel="00000000" w:rsidP="00000000" w:rsidRDefault="00000000" w:rsidRPr="00000000" w14:paraId="00000010">
      <w:pPr>
        <w:spacing w:after="0" w:line="24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11">
      <w:pPr>
        <w:spacing w:after="0" w:line="240" w:lineRule="auto"/>
        <w:ind w:left="0" w:firstLine="0"/>
        <w:jc w:val="both"/>
        <w:rPr>
          <w:rFonts w:ascii="Times New Roman" w:cs="Times New Roman" w:eastAsia="Times New Roman" w:hAnsi="Times New Roman"/>
          <w:b w:val="1"/>
          <w:color w:val="4f81bd"/>
          <w:sz w:val="26"/>
          <w:szCs w:val="26"/>
        </w:rPr>
      </w:pPr>
      <w:r w:rsidDel="00000000" w:rsidR="00000000" w:rsidRPr="00000000">
        <w:rPr>
          <w:rFonts w:ascii="Times New Roman" w:cs="Times New Roman" w:eastAsia="Times New Roman" w:hAnsi="Times New Roman"/>
          <w:b w:val="1"/>
          <w:color w:val="4f81bd"/>
          <w:sz w:val="26"/>
          <w:szCs w:val="26"/>
          <w:rtl w:val="0"/>
        </w:rPr>
        <w:t xml:space="preserve">2. </w:t>
      </w:r>
      <w:r w:rsidDel="00000000" w:rsidR="00000000" w:rsidRPr="00000000">
        <w:rPr>
          <w:rFonts w:ascii="Times New Roman" w:cs="Times New Roman" w:eastAsia="Times New Roman" w:hAnsi="Times New Roman"/>
          <w:b w:val="1"/>
          <w:color w:val="4f81bd"/>
          <w:sz w:val="26"/>
          <w:szCs w:val="26"/>
          <w:rtl w:val="0"/>
        </w:rPr>
        <w:t xml:space="preserve">Key Principles</w:t>
      </w:r>
    </w:p>
    <w:p w:rsidR="00000000" w:rsidDel="00000000" w:rsidP="00000000" w:rsidRDefault="00000000" w:rsidRPr="00000000" w14:paraId="0000001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have taken as our central starting point the Education Endowment Foundation’s guidance report on teacher feedback to improve pupil learning.</w:t>
      </w:r>
    </w:p>
    <w:p w:rsidR="00000000" w:rsidDel="00000000" w:rsidP="00000000" w:rsidRDefault="00000000" w:rsidRPr="00000000" w14:paraId="0000001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guidance makes six key recommendations:</w:t>
      </w:r>
    </w:p>
    <w:p w:rsidR="00000000" w:rsidDel="00000000" w:rsidP="00000000" w:rsidRDefault="00000000" w:rsidRPr="00000000" w14:paraId="00000015">
      <w:pPr>
        <w:numPr>
          <w:ilvl w:val="0"/>
          <w:numId w:val="8"/>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Lay the foundations for effective feedback</w:t>
      </w:r>
    </w:p>
    <w:p w:rsidR="00000000" w:rsidDel="00000000" w:rsidP="00000000" w:rsidRDefault="00000000" w:rsidRPr="00000000" w14:paraId="00000016">
      <w:pPr>
        <w:numPr>
          <w:ilvl w:val="0"/>
          <w:numId w:val="8"/>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Deliver appropriately timed feedback that focuses on moving learning forward</w:t>
      </w:r>
    </w:p>
    <w:p w:rsidR="00000000" w:rsidDel="00000000" w:rsidP="00000000" w:rsidRDefault="00000000" w:rsidRPr="00000000" w14:paraId="00000017">
      <w:pPr>
        <w:numPr>
          <w:ilvl w:val="0"/>
          <w:numId w:val="8"/>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 for how pupils will receive and use feedback</w:t>
      </w:r>
    </w:p>
    <w:p w:rsidR="00000000" w:rsidDel="00000000" w:rsidP="00000000" w:rsidRDefault="00000000" w:rsidRPr="00000000" w14:paraId="00000018">
      <w:pPr>
        <w:numPr>
          <w:ilvl w:val="0"/>
          <w:numId w:val="8"/>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Carefully consider how to use purposeful, and time-efficient, written feedback</w:t>
      </w:r>
    </w:p>
    <w:p w:rsidR="00000000" w:rsidDel="00000000" w:rsidP="00000000" w:rsidRDefault="00000000" w:rsidRPr="00000000" w14:paraId="00000019">
      <w:pPr>
        <w:numPr>
          <w:ilvl w:val="0"/>
          <w:numId w:val="8"/>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Carefully consider how to use purposeful verbal feedback</w:t>
      </w:r>
    </w:p>
    <w:p w:rsidR="00000000" w:rsidDel="00000000" w:rsidP="00000000" w:rsidRDefault="00000000" w:rsidRPr="00000000" w14:paraId="0000001A">
      <w:pPr>
        <w:numPr>
          <w:ilvl w:val="0"/>
          <w:numId w:val="8"/>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Design a school feedback policy that prioritises and exemplifies the principles of effective feedback.</w:t>
      </w:r>
    </w:p>
    <w:p w:rsidR="00000000" w:rsidDel="00000000" w:rsidP="00000000" w:rsidRDefault="00000000" w:rsidRPr="00000000" w14:paraId="0000001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With this in mind, our policy on feedback has at its core a number of principles to ensure that it is both manageable and sustainable:</w:t>
      </w:r>
    </w:p>
    <w:p w:rsidR="00000000" w:rsidDel="00000000" w:rsidP="00000000" w:rsidRDefault="00000000" w:rsidRPr="00000000" w14:paraId="0000001D">
      <w:pPr>
        <w:numPr>
          <w:ilvl w:val="0"/>
          <w:numId w:val="5"/>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Effective feedback is always underpinned by outstanding teaching.</w:t>
      </w:r>
    </w:p>
    <w:p w:rsidR="00000000" w:rsidDel="00000000" w:rsidP="00000000" w:rsidRDefault="00000000" w:rsidRPr="00000000" w14:paraId="0000001E">
      <w:pPr>
        <w:numPr>
          <w:ilvl w:val="0"/>
          <w:numId w:val="5"/>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Written comments should only be used where they are accessible to students according to age and ability.</w:t>
      </w:r>
    </w:p>
    <w:p w:rsidR="00000000" w:rsidDel="00000000" w:rsidP="00000000" w:rsidRDefault="00000000" w:rsidRPr="00000000" w14:paraId="0000001F">
      <w:pPr>
        <w:numPr>
          <w:ilvl w:val="0"/>
          <w:numId w:val="5"/>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Feedback is part of assessment processes in the classroom, and takes many forms other than written comments;</w:t>
      </w:r>
    </w:p>
    <w:p w:rsidR="00000000" w:rsidDel="00000000" w:rsidP="00000000" w:rsidRDefault="00000000" w:rsidRPr="00000000" w14:paraId="00000020">
      <w:pPr>
        <w:numPr>
          <w:ilvl w:val="0"/>
          <w:numId w:val="5"/>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Feedback is a part of the school’s wider assessment processes which aim to provide and appropriate level of challenge to pupils in lessons, allowing them to make good progress;</w:t>
      </w:r>
    </w:p>
    <w:p w:rsidR="00000000" w:rsidDel="00000000" w:rsidP="00000000" w:rsidRDefault="00000000" w:rsidRPr="00000000" w14:paraId="00000021">
      <w:pPr>
        <w:numPr>
          <w:ilvl w:val="0"/>
          <w:numId w:val="5"/>
        </w:numPr>
        <w:spacing w:after="16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All</w:t>
      </w:r>
      <w:r w:rsidDel="00000000" w:rsidR="00000000" w:rsidRPr="00000000">
        <w:rPr>
          <w:rFonts w:ascii="Times New Roman" w:cs="Times New Roman" w:eastAsia="Times New Roman" w:hAnsi="Times New Roman"/>
          <w:rtl w:val="0"/>
        </w:rPr>
        <w:t xml:space="preserve"> pupils’ work should be reviewed by teachers at the earliest appropriate opportunity so that it impacts on future learning. When work is reviewed, it should be acknowledged in books.</w:t>
      </w:r>
    </w:p>
    <w:p w:rsidR="00000000" w:rsidDel="00000000" w:rsidP="00000000" w:rsidRDefault="00000000" w:rsidRPr="00000000" w14:paraId="00000022">
      <w:pPr>
        <w:spacing w:after="16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believe that pupils’ self-esteem and resilience will develop through positive yet challenging feedback. As a result, this will accelerate progress. For this reason, all marking and feedback is underpinned by this policy, which all pupils and staff follow on a day-to-day basis.</w:t>
      </w:r>
    </w:p>
    <w:p w:rsidR="00000000" w:rsidDel="00000000" w:rsidP="00000000" w:rsidRDefault="00000000" w:rsidRPr="00000000" w14:paraId="00000023">
      <w:pPr>
        <w:spacing w:after="16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spacing w:after="0" w:line="240" w:lineRule="auto"/>
        <w:ind w:left="0" w:firstLine="0"/>
        <w:jc w:val="both"/>
        <w:rPr>
          <w:rFonts w:ascii="Times New Roman" w:cs="Times New Roman" w:eastAsia="Times New Roman" w:hAnsi="Times New Roman"/>
          <w:b w:val="1"/>
          <w:color w:val="4f81bd"/>
          <w:sz w:val="26"/>
          <w:szCs w:val="26"/>
        </w:rPr>
      </w:pPr>
      <w:r w:rsidDel="00000000" w:rsidR="00000000" w:rsidRPr="00000000">
        <w:rPr>
          <w:rFonts w:ascii="Times New Roman" w:cs="Times New Roman" w:eastAsia="Times New Roman" w:hAnsi="Times New Roman"/>
          <w:b w:val="1"/>
          <w:color w:val="4f81bd"/>
          <w:sz w:val="26"/>
          <w:szCs w:val="26"/>
          <w:rtl w:val="0"/>
        </w:rPr>
        <w:t xml:space="preserve">3. Feedback and Marking in Practice</w:t>
      </w:r>
    </w:p>
    <w:p w:rsidR="00000000" w:rsidDel="00000000" w:rsidP="00000000" w:rsidRDefault="00000000" w:rsidRPr="00000000" w14:paraId="0000002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vital that teachers evaluate the work that children undertake in lessons and use the information obtained from this to adjust their teaching. Based on the work of the Assessment Commission, feedback will be given in three ways and aims to give teachers the ability to use the most effective forms of feedback:</w:t>
      </w:r>
    </w:p>
    <w:p w:rsidR="00000000" w:rsidDel="00000000" w:rsidP="00000000" w:rsidRDefault="00000000" w:rsidRPr="00000000" w14:paraId="00000026">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numPr>
          <w:ilvl w:val="0"/>
          <w:numId w:val="3"/>
        </w:numPr>
        <w:spacing w:after="0"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Immediate feedback</w:t>
      </w:r>
      <w:r w:rsidDel="00000000" w:rsidR="00000000" w:rsidRPr="00000000">
        <w:rPr>
          <w:rFonts w:ascii="Times New Roman" w:cs="Times New Roman" w:eastAsia="Times New Roman" w:hAnsi="Times New Roman"/>
          <w:rtl w:val="0"/>
        </w:rPr>
        <w:t xml:space="preserve"> – at the point of teaching, possibly 1:1 or in small groups</w:t>
      </w:r>
    </w:p>
    <w:p w:rsidR="00000000" w:rsidDel="00000000" w:rsidP="00000000" w:rsidRDefault="00000000" w:rsidRPr="00000000" w14:paraId="00000028">
      <w:pPr>
        <w:numPr>
          <w:ilvl w:val="0"/>
          <w:numId w:val="3"/>
        </w:numPr>
        <w:spacing w:after="0"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Summary feedback</w:t>
      </w:r>
      <w:r w:rsidDel="00000000" w:rsidR="00000000" w:rsidRPr="00000000">
        <w:rPr>
          <w:rFonts w:ascii="Times New Roman" w:cs="Times New Roman" w:eastAsia="Times New Roman" w:hAnsi="Times New Roman"/>
          <w:rtl w:val="0"/>
        </w:rPr>
        <w:t xml:space="preserve"> – at the end of a lesson/task, possibly through a plenary</w:t>
      </w:r>
    </w:p>
    <w:p w:rsidR="00000000" w:rsidDel="00000000" w:rsidP="00000000" w:rsidRDefault="00000000" w:rsidRPr="00000000" w14:paraId="00000029">
      <w:pPr>
        <w:numPr>
          <w:ilvl w:val="0"/>
          <w:numId w:val="3"/>
        </w:numPr>
        <w:spacing w:after="160"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Review feedback</w:t>
      </w:r>
      <w:r w:rsidDel="00000000" w:rsidR="00000000" w:rsidRPr="00000000">
        <w:rPr>
          <w:rFonts w:ascii="Times New Roman" w:cs="Times New Roman" w:eastAsia="Times New Roman" w:hAnsi="Times New Roman"/>
          <w:rtl w:val="0"/>
        </w:rPr>
        <w:t xml:space="preserve"> – away from the point of teaching (including written comments)</w:t>
      </w:r>
    </w:p>
    <w:p w:rsidR="00000000" w:rsidDel="00000000" w:rsidP="00000000" w:rsidRDefault="00000000" w:rsidRPr="00000000" w14:paraId="0000002A">
      <w:pPr>
        <w:spacing w:after="16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stages are deliberately numbered in order of priority, noting that feedback closest to the point of teaching and learning is likely to be most effective in driving further improvement and learning. </w:t>
      </w:r>
    </w:p>
    <w:p w:rsidR="00000000" w:rsidDel="00000000" w:rsidP="00000000" w:rsidRDefault="00000000" w:rsidRPr="00000000" w14:paraId="0000002B">
      <w:pPr>
        <w:spacing w:after="160" w:line="240" w:lineRule="auto"/>
        <w:jc w:val="both"/>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2C">
      <w:pPr>
        <w:spacing w:after="160" w:line="240" w:lineRule="auto"/>
        <w:jc w:val="both"/>
        <w:rPr>
          <w:rFonts w:ascii="Times New Roman" w:cs="Times New Roman" w:eastAsia="Times New Roman" w:hAnsi="Times New Roman"/>
        </w:rPr>
      </w:pPr>
      <w:r w:rsidDel="00000000" w:rsidR="00000000" w:rsidRPr="00000000">
        <w:rPr>
          <w:rtl w:val="0"/>
        </w:rPr>
      </w:r>
    </w:p>
    <w:sdt>
      <w:sdtPr>
        <w:lock w:val="contentLocked"/>
        <w:id w:val="495061045"/>
        <w:tag w:val="goog_rdk_0"/>
      </w:sdtPr>
      <w:sdtContent>
        <w:tbl>
          <w:tblPr>
            <w:tblStyle w:val="Table1"/>
            <w:tblpPr w:leftFromText="180" w:rightFromText="180" w:topFromText="180" w:bottomFromText="180" w:vertAnchor="text" w:horzAnchor="text" w:tblpX="-480" w:tblpY="0"/>
            <w:tblW w:w="100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20"/>
            <w:gridCol w:w="5400"/>
            <w:gridCol w:w="3260"/>
            <w:tblGridChange w:id="0">
              <w:tblGrid>
                <w:gridCol w:w="1420"/>
                <w:gridCol w:w="5400"/>
                <w:gridCol w:w="3260"/>
              </w:tblGrid>
            </w:tblGridChange>
          </w:tblGrid>
          <w:tr>
            <w:trPr>
              <w:cantSplit w:val="0"/>
              <w:tblHeader w:val="0"/>
            </w:trPr>
            <w:tc>
              <w:tcPr>
                <w:vAlign w:val="center"/>
              </w:tcPr>
              <w:p w:rsidR="00000000" w:rsidDel="00000000" w:rsidP="00000000" w:rsidRDefault="00000000" w:rsidRPr="00000000" w14:paraId="0000002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w:t>
                </w:r>
              </w:p>
            </w:tc>
            <w:tc>
              <w:tcPr>
                <w:vAlign w:val="center"/>
              </w:tcPr>
              <w:p w:rsidR="00000000" w:rsidDel="00000000" w:rsidP="00000000" w:rsidRDefault="00000000" w:rsidRPr="00000000" w14:paraId="0000002E">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it looks like</w:t>
                </w:r>
              </w:p>
            </w:tc>
            <w:tc>
              <w:tcPr>
                <w:vAlign w:val="center"/>
              </w:tcPr>
              <w:p w:rsidR="00000000" w:rsidDel="00000000" w:rsidP="00000000" w:rsidRDefault="00000000" w:rsidRPr="00000000" w14:paraId="0000002F">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Evidence (for observers)</w:t>
                </w:r>
              </w:p>
            </w:tc>
          </w:tr>
          <w:tr>
            <w:trPr>
              <w:cantSplit w:val="0"/>
              <w:tblHeader w:val="0"/>
            </w:trPr>
            <w:tc>
              <w:tcPr>
                <w:vAlign w:val="center"/>
              </w:tcPr>
              <w:p w:rsidR="00000000" w:rsidDel="00000000" w:rsidP="00000000" w:rsidRDefault="00000000" w:rsidRPr="00000000" w14:paraId="00000030">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Immediate</w:t>
                </w:r>
              </w:p>
            </w:tc>
            <w:tc>
              <w:tcPr>
                <w:vAlign w:val="center"/>
              </w:tcPr>
              <w:p w:rsidR="00000000" w:rsidDel="00000000" w:rsidP="00000000" w:rsidRDefault="00000000" w:rsidRPr="00000000" w14:paraId="00000031">
                <w:pPr>
                  <w:numPr>
                    <w:ilvl w:val="0"/>
                    <w:numId w:val="6"/>
                  </w:numPr>
                  <w:spacing w:line="259"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Includes teacher gathering and providing feedback from teaching (mini-whiteboards, book work etc).</w:t>
                </w:r>
              </w:p>
              <w:p w:rsidR="00000000" w:rsidDel="00000000" w:rsidP="00000000" w:rsidRDefault="00000000" w:rsidRPr="00000000" w14:paraId="00000032">
                <w:pPr>
                  <w:numPr>
                    <w:ilvl w:val="0"/>
                    <w:numId w:val="6"/>
                  </w:numPr>
                  <w:spacing w:line="259"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Takes place in lessons with individuals or small groups.</w:t>
                </w:r>
              </w:p>
              <w:p w:rsidR="00000000" w:rsidDel="00000000" w:rsidP="00000000" w:rsidRDefault="00000000" w:rsidRPr="00000000" w14:paraId="00000033">
                <w:pPr>
                  <w:numPr>
                    <w:ilvl w:val="0"/>
                    <w:numId w:val="6"/>
                  </w:numPr>
                  <w:spacing w:line="259"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Often given verbally to pupils for immediate action.</w:t>
                </w:r>
              </w:p>
              <w:p w:rsidR="00000000" w:rsidDel="00000000" w:rsidP="00000000" w:rsidRDefault="00000000" w:rsidRPr="00000000" w14:paraId="00000034">
                <w:pPr>
                  <w:numPr>
                    <w:ilvl w:val="0"/>
                    <w:numId w:val="6"/>
                  </w:numPr>
                  <w:spacing w:line="259"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Given by teacher and/or TA to provide support or further challenge. </w:t>
                </w:r>
              </w:p>
              <w:p w:rsidR="00000000" w:rsidDel="00000000" w:rsidP="00000000" w:rsidRDefault="00000000" w:rsidRPr="00000000" w14:paraId="00000035">
                <w:pPr>
                  <w:numPr>
                    <w:ilvl w:val="0"/>
                    <w:numId w:val="6"/>
                  </w:numPr>
                  <w:spacing w:line="259"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May redirect the focus of teaching or the task. </w:t>
                </w:r>
              </w:p>
              <w:p w:rsidR="00000000" w:rsidDel="00000000" w:rsidP="00000000" w:rsidRDefault="00000000" w:rsidRPr="00000000" w14:paraId="00000036">
                <w:pPr>
                  <w:numPr>
                    <w:ilvl w:val="0"/>
                    <w:numId w:val="6"/>
                  </w:numPr>
                  <w:spacing w:line="259"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May change the direction or teaching within the lesson.</w:t>
                </w:r>
              </w:p>
              <w:p w:rsidR="00000000" w:rsidDel="00000000" w:rsidP="00000000" w:rsidRDefault="00000000" w:rsidRPr="00000000" w14:paraId="00000037">
                <w:pPr>
                  <w:numPr>
                    <w:ilvl w:val="0"/>
                    <w:numId w:val="6"/>
                  </w:numPr>
                  <w:spacing w:line="259"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Effective questioning and mini-plenaries are key.</w:t>
                </w:r>
              </w:p>
              <w:p w:rsidR="00000000" w:rsidDel="00000000" w:rsidP="00000000" w:rsidRDefault="00000000" w:rsidRPr="00000000" w14:paraId="00000038">
                <w:pPr>
                  <w:numPr>
                    <w:ilvl w:val="0"/>
                    <w:numId w:val="6"/>
                  </w:numPr>
                  <w:spacing w:after="160" w:line="259"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Includes highlighting/annotations according to the marking code during the lesson</w:t>
                </w:r>
              </w:p>
            </w:tc>
            <w:tc>
              <w:tcPr>
                <w:vAlign w:val="center"/>
              </w:tcPr>
              <w:p w:rsidR="00000000" w:rsidDel="00000000" w:rsidP="00000000" w:rsidRDefault="00000000" w:rsidRPr="00000000" w14:paraId="00000039">
                <w:pPr>
                  <w:numPr>
                    <w:ilvl w:val="0"/>
                    <w:numId w:val="6"/>
                  </w:numPr>
                  <w:spacing w:line="259" w:lineRule="auto"/>
                  <w:ind w:left="524"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Lesson observations/ learning walks</w:t>
                </w:r>
              </w:p>
              <w:p w:rsidR="00000000" w:rsidDel="00000000" w:rsidP="00000000" w:rsidRDefault="00000000" w:rsidRPr="00000000" w14:paraId="0000003A">
                <w:pPr>
                  <w:numPr>
                    <w:ilvl w:val="0"/>
                    <w:numId w:val="6"/>
                  </w:numPr>
                  <w:spacing w:line="259" w:lineRule="auto"/>
                  <w:ind w:left="524"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Some evidence of annotations or use of marking code/ highlighting during work scrutiny</w:t>
                </w:r>
              </w:p>
              <w:p w:rsidR="00000000" w:rsidDel="00000000" w:rsidP="00000000" w:rsidRDefault="00000000" w:rsidRPr="00000000" w14:paraId="0000003B">
                <w:pPr>
                  <w:numPr>
                    <w:ilvl w:val="0"/>
                    <w:numId w:val="6"/>
                  </w:numPr>
                  <w:spacing w:after="160" w:line="259" w:lineRule="auto"/>
                  <w:ind w:left="524"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Pupil voice illustrates children understand and can verbalise how and when marking is done.</w:t>
                </w:r>
              </w:p>
            </w:tc>
          </w:tr>
          <w:tr>
            <w:trPr>
              <w:cantSplit w:val="0"/>
              <w:tblHeader w:val="0"/>
            </w:trPr>
            <w:tc>
              <w:tcPr>
                <w:vAlign w:val="center"/>
              </w:tcPr>
              <w:p w:rsidR="00000000" w:rsidDel="00000000" w:rsidP="00000000" w:rsidRDefault="00000000" w:rsidRPr="00000000" w14:paraId="0000003C">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Summary</w:t>
                </w:r>
              </w:p>
            </w:tc>
            <w:tc>
              <w:tcPr>
                <w:vAlign w:val="center"/>
              </w:tcPr>
              <w:p w:rsidR="00000000" w:rsidDel="00000000" w:rsidP="00000000" w:rsidRDefault="00000000" w:rsidRPr="00000000" w14:paraId="0000003D">
                <w:pPr>
                  <w:numPr>
                    <w:ilvl w:val="0"/>
                    <w:numId w:val="6"/>
                  </w:numPr>
                  <w:spacing w:line="259"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Often takes place at the end of a lesson or activity.</w:t>
                </w:r>
              </w:p>
              <w:p w:rsidR="00000000" w:rsidDel="00000000" w:rsidP="00000000" w:rsidRDefault="00000000" w:rsidRPr="00000000" w14:paraId="0000003E">
                <w:pPr>
                  <w:numPr>
                    <w:ilvl w:val="0"/>
                    <w:numId w:val="6"/>
                  </w:numPr>
                  <w:spacing w:line="259"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Often involves whole groups or classes.</w:t>
                </w:r>
              </w:p>
              <w:p w:rsidR="00000000" w:rsidDel="00000000" w:rsidP="00000000" w:rsidRDefault="00000000" w:rsidRPr="00000000" w14:paraId="0000003F">
                <w:pPr>
                  <w:numPr>
                    <w:ilvl w:val="0"/>
                    <w:numId w:val="6"/>
                  </w:numPr>
                  <w:spacing w:line="259"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Provides an opportunity for evaluation of learning in the lesson.</w:t>
                </w:r>
              </w:p>
              <w:p w:rsidR="00000000" w:rsidDel="00000000" w:rsidP="00000000" w:rsidRDefault="00000000" w:rsidRPr="00000000" w14:paraId="00000040">
                <w:pPr>
                  <w:numPr>
                    <w:ilvl w:val="0"/>
                    <w:numId w:val="6"/>
                  </w:numPr>
                  <w:spacing w:line="259"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May take the form of self or peer-assessment against an agreed set of criteria.</w:t>
                </w:r>
              </w:p>
              <w:p w:rsidR="00000000" w:rsidDel="00000000" w:rsidP="00000000" w:rsidRDefault="00000000" w:rsidRPr="00000000" w14:paraId="00000041">
                <w:pPr>
                  <w:numPr>
                    <w:ilvl w:val="0"/>
                    <w:numId w:val="6"/>
                  </w:numPr>
                  <w:spacing w:after="160" w:line="259"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May guide a teacher’s further use of review feedback, focusing on areas of need.</w:t>
                </w:r>
              </w:p>
            </w:tc>
            <w:tc>
              <w:tcPr>
                <w:vAlign w:val="center"/>
              </w:tcPr>
              <w:p w:rsidR="00000000" w:rsidDel="00000000" w:rsidP="00000000" w:rsidRDefault="00000000" w:rsidRPr="00000000" w14:paraId="00000042">
                <w:pPr>
                  <w:numPr>
                    <w:ilvl w:val="0"/>
                    <w:numId w:val="6"/>
                  </w:numPr>
                  <w:spacing w:line="259" w:lineRule="auto"/>
                  <w:ind w:left="524"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Lesson observations/learning walks</w:t>
                </w:r>
              </w:p>
              <w:p w:rsidR="00000000" w:rsidDel="00000000" w:rsidP="00000000" w:rsidRDefault="00000000" w:rsidRPr="00000000" w14:paraId="00000043">
                <w:pPr>
                  <w:numPr>
                    <w:ilvl w:val="0"/>
                    <w:numId w:val="6"/>
                  </w:numPr>
                  <w:spacing w:line="259" w:lineRule="auto"/>
                  <w:ind w:left="524"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Evidence of self and peer-assessment</w:t>
                </w:r>
              </w:p>
              <w:p w:rsidR="00000000" w:rsidDel="00000000" w:rsidP="00000000" w:rsidRDefault="00000000" w:rsidRPr="00000000" w14:paraId="00000044">
                <w:pPr>
                  <w:numPr>
                    <w:ilvl w:val="0"/>
                    <w:numId w:val="6"/>
                  </w:numPr>
                  <w:spacing w:after="160" w:line="259" w:lineRule="auto"/>
                  <w:ind w:left="524"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May be reflected in selected focus review feedback (marking)</w:t>
                </w:r>
              </w:p>
            </w:tc>
          </w:tr>
          <w:tr>
            <w:trPr>
              <w:cantSplit w:val="0"/>
              <w:tblHeader w:val="0"/>
            </w:trPr>
            <w:tc>
              <w:tcPr>
                <w:vAlign w:val="center"/>
              </w:tcPr>
              <w:p w:rsidR="00000000" w:rsidDel="00000000" w:rsidP="00000000" w:rsidRDefault="00000000" w:rsidRPr="00000000" w14:paraId="00000045">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Review</w:t>
                </w:r>
              </w:p>
            </w:tc>
            <w:tc>
              <w:tcPr>
                <w:vAlign w:val="center"/>
              </w:tcPr>
              <w:p w:rsidR="00000000" w:rsidDel="00000000" w:rsidP="00000000" w:rsidRDefault="00000000" w:rsidRPr="00000000" w14:paraId="00000046">
                <w:pPr>
                  <w:numPr>
                    <w:ilvl w:val="0"/>
                    <w:numId w:val="6"/>
                  </w:numPr>
                  <w:spacing w:line="259"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Takes place away from the point of teaching.</w:t>
                </w:r>
              </w:p>
              <w:p w:rsidR="00000000" w:rsidDel="00000000" w:rsidP="00000000" w:rsidRDefault="00000000" w:rsidRPr="00000000" w14:paraId="00000047">
                <w:pPr>
                  <w:numPr>
                    <w:ilvl w:val="0"/>
                    <w:numId w:val="6"/>
                  </w:numPr>
                  <w:spacing w:line="259"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May involve written comments/annotations for pupils to read/respond to.</w:t>
                </w:r>
              </w:p>
              <w:p w:rsidR="00000000" w:rsidDel="00000000" w:rsidP="00000000" w:rsidRDefault="00000000" w:rsidRPr="00000000" w14:paraId="00000048">
                <w:pPr>
                  <w:numPr>
                    <w:ilvl w:val="0"/>
                    <w:numId w:val="6"/>
                  </w:numPr>
                  <w:spacing w:line="259"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Provides teachers with opportunities for assessment of understanding.</w:t>
                </w:r>
              </w:p>
              <w:p w:rsidR="00000000" w:rsidDel="00000000" w:rsidP="00000000" w:rsidRDefault="00000000" w:rsidRPr="00000000" w14:paraId="00000049">
                <w:pPr>
                  <w:numPr>
                    <w:ilvl w:val="0"/>
                    <w:numId w:val="6"/>
                  </w:numPr>
                  <w:spacing w:line="259"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Leads to adaptation of future lessons through planning, grouping or adaptation of tasks. </w:t>
                </w:r>
              </w:p>
              <w:p w:rsidR="00000000" w:rsidDel="00000000" w:rsidP="00000000" w:rsidRDefault="00000000" w:rsidRPr="00000000" w14:paraId="0000004A">
                <w:pPr>
                  <w:numPr>
                    <w:ilvl w:val="0"/>
                    <w:numId w:val="6"/>
                  </w:numPr>
                  <w:spacing w:after="160" w:line="259"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May lead to targets being set for pupils’ future attention or immediate action.</w:t>
                </w:r>
              </w:p>
            </w:tc>
            <w:tc>
              <w:tcPr>
                <w:vAlign w:val="center"/>
              </w:tcPr>
              <w:p w:rsidR="00000000" w:rsidDel="00000000" w:rsidP="00000000" w:rsidRDefault="00000000" w:rsidRPr="00000000" w14:paraId="0000004B">
                <w:pPr>
                  <w:numPr>
                    <w:ilvl w:val="0"/>
                    <w:numId w:val="6"/>
                  </w:numPr>
                  <w:spacing w:line="259" w:lineRule="auto"/>
                  <w:ind w:left="598" w:hanging="42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Acknowledgement of work completed</w:t>
                </w:r>
              </w:p>
              <w:p w:rsidR="00000000" w:rsidDel="00000000" w:rsidP="00000000" w:rsidRDefault="00000000" w:rsidRPr="00000000" w14:paraId="0000004C">
                <w:pPr>
                  <w:numPr>
                    <w:ilvl w:val="0"/>
                    <w:numId w:val="6"/>
                  </w:numPr>
                  <w:spacing w:line="259" w:lineRule="auto"/>
                  <w:ind w:left="598" w:hanging="42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Written comments and appropriate responses/actions taken</w:t>
                </w:r>
              </w:p>
              <w:p w:rsidR="00000000" w:rsidDel="00000000" w:rsidP="00000000" w:rsidRDefault="00000000" w:rsidRPr="00000000" w14:paraId="0000004D">
                <w:pPr>
                  <w:numPr>
                    <w:ilvl w:val="0"/>
                    <w:numId w:val="6"/>
                  </w:numPr>
                  <w:spacing w:line="259" w:lineRule="auto"/>
                  <w:ind w:left="598" w:hanging="42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Adaptation to teaching sequences</w:t>
                </w:r>
              </w:p>
              <w:p w:rsidR="00000000" w:rsidDel="00000000" w:rsidP="00000000" w:rsidRDefault="00000000" w:rsidRPr="00000000" w14:paraId="0000004E">
                <w:pPr>
                  <w:numPr>
                    <w:ilvl w:val="0"/>
                    <w:numId w:val="6"/>
                  </w:numPr>
                  <w:spacing w:after="160" w:line="259" w:lineRule="auto"/>
                  <w:ind w:left="598" w:hanging="42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of annotations </w:t>
                </w:r>
              </w:p>
            </w:tc>
          </w:tr>
        </w:tbl>
      </w:sdtContent>
    </w:sdt>
    <w:p w:rsidR="00000000" w:rsidDel="00000000" w:rsidP="00000000" w:rsidRDefault="00000000" w:rsidRPr="00000000" w14:paraId="0000004F">
      <w:pPr>
        <w:spacing w:after="160" w:line="24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rtl w:val="0"/>
        </w:rPr>
        <w:t xml:space="preserve">At Kielder Primary School, this can be seen in the following practices:</w:t>
      </w:r>
      <w:r w:rsidDel="00000000" w:rsidR="00000000" w:rsidRPr="00000000">
        <w:rPr>
          <w:rtl w:val="0"/>
        </w:rPr>
      </w:r>
    </w:p>
    <w:p w:rsidR="00000000" w:rsidDel="00000000" w:rsidP="00000000" w:rsidRDefault="00000000" w:rsidRPr="00000000" w14:paraId="00000050">
      <w:pPr>
        <w:spacing w:after="0" w:line="24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3.1 Verbal feedback</w:t>
      </w:r>
    </w:p>
    <w:p w:rsidR="00000000" w:rsidDel="00000000" w:rsidP="00000000" w:rsidRDefault="00000000" w:rsidRPr="00000000" w14:paraId="0000005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At Kielder Primary School, we recognise the importance of regular, high-quality verbal feedback. Because we are fortunate enough to have very small classes, every child receives verbal feedback on their work, often multiple times in a lesson. Where verbal feedback requires action on the part of the pupil, staff will use a ‘Verbal feedback given’ stamp on the page. All pupils will tick the stamp to confirm that they have understood and acted on the feedback.</w:t>
      </w:r>
      <w:r w:rsidDel="00000000" w:rsidR="00000000" w:rsidRPr="00000000">
        <w:rPr>
          <w:rtl w:val="0"/>
        </w:rPr>
      </w:r>
    </w:p>
    <w:p w:rsidR="00000000" w:rsidDel="00000000" w:rsidP="00000000" w:rsidRDefault="00000000" w:rsidRPr="00000000" w14:paraId="0000005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Verbal feedback can include praise but must also focus on how the pupil can produce the best possible work. Meaningful, high-quality verbal interactions are key in a small school. To that end, it is important that staff use careful language when issuing verbal feedback, avoiding ambiguity and vagueness.</w:t>
      </w:r>
    </w:p>
    <w:p w:rsidR="00000000" w:rsidDel="00000000" w:rsidP="00000000" w:rsidRDefault="00000000" w:rsidRPr="00000000" w14:paraId="00000053">
      <w:pPr>
        <w:spacing w:after="0" w:line="240" w:lineRule="auto"/>
        <w:jc w:val="both"/>
        <w:rPr>
          <w:rFonts w:ascii="Times New Roman" w:cs="Times New Roman" w:eastAsia="Times New Roman" w:hAnsi="Times New Roman"/>
          <w:sz w:val="24"/>
          <w:szCs w:val="24"/>
        </w:rPr>
      </w:pPr>
      <w:r w:rsidDel="00000000" w:rsidR="00000000" w:rsidRPr="00000000">
        <w:rPr>
          <w:rtl w:val="0"/>
        </w:rPr>
      </w:r>
    </w:p>
    <w:sdt>
      <w:sdtPr>
        <w:lock w:val="contentLocked"/>
        <w:id w:val="1816815279"/>
        <w:tag w:val="goog_rdk_1"/>
      </w:sdtPr>
      <w:sdtContent>
        <w:tbl>
          <w:tblPr>
            <w:tblStyle w:val="Table2"/>
            <w:tblpPr w:leftFromText="180" w:rightFromText="180" w:topFromText="180" w:bottomFromText="180" w:vertAnchor="text" w:horzAnchor="text" w:tblpX="-495" w:tblpY="0"/>
            <w:tblW w:w="100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40"/>
            <w:gridCol w:w="5040"/>
            <w:tblGridChange w:id="0">
              <w:tblGrid>
                <w:gridCol w:w="5040"/>
                <w:gridCol w:w="5040"/>
              </w:tblGrid>
            </w:tblGridChange>
          </w:tblGrid>
          <w:tr>
            <w:trPr>
              <w:cantSplit w:val="0"/>
              <w:tblHeader w:val="0"/>
            </w:trPr>
            <w:tc>
              <w:tcPr>
                <w:vAlign w:val="center"/>
              </w:tcPr>
              <w:p w:rsidR="00000000" w:rsidDel="00000000" w:rsidP="00000000" w:rsidRDefault="00000000" w:rsidRPr="00000000" w14:paraId="0000005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Less effective verbal feedback ☹</w:t>
                </w:r>
              </w:p>
            </w:tc>
            <w:tc>
              <w:tcPr>
                <w:vAlign w:val="center"/>
              </w:tcPr>
              <w:p w:rsidR="00000000" w:rsidDel="00000000" w:rsidP="00000000" w:rsidRDefault="00000000" w:rsidRPr="00000000" w14:paraId="0000005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More effective verbal feedback 😊</w:t>
                </w:r>
              </w:p>
            </w:tc>
          </w:tr>
          <w:tr>
            <w:trPr>
              <w:cantSplit w:val="0"/>
              <w:tblHeader w:val="0"/>
            </w:trPr>
            <w:tc>
              <w:tcPr>
                <w:vAlign w:val="center"/>
              </w:tcPr>
              <w:p w:rsidR="00000000" w:rsidDel="00000000" w:rsidP="00000000" w:rsidRDefault="00000000" w:rsidRPr="00000000" w14:paraId="0000005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“That’s great, well done.”</w:t>
                </w:r>
              </w:p>
              <w:p w:rsidR="00000000" w:rsidDel="00000000" w:rsidP="00000000" w:rsidRDefault="00000000" w:rsidRPr="00000000" w14:paraId="00000057">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can do better than that – try harder.”</w:t>
                </w:r>
              </w:p>
              <w:p w:rsidR="00000000" w:rsidDel="00000000" w:rsidP="00000000" w:rsidRDefault="00000000" w:rsidRPr="00000000" w14:paraId="00000059">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need to write more.”</w:t>
                </w:r>
              </w:p>
            </w:tc>
            <w:tc>
              <w:tcPr>
                <w:vAlign w:val="center"/>
              </w:tcPr>
              <w:p w:rsidR="00000000" w:rsidDel="00000000" w:rsidP="00000000" w:rsidRDefault="00000000" w:rsidRPr="00000000" w14:paraId="0000005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“That’s great, well done. Could you go even further by …”</w:t>
                </w:r>
              </w:p>
              <w:p w:rsidR="00000000" w:rsidDel="00000000" w:rsidP="00000000" w:rsidRDefault="00000000" w:rsidRPr="00000000" w14:paraId="0000005C">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“Your work could be even better if you just add …”</w:t>
                </w:r>
              </w:p>
              <w:p w:rsidR="00000000" w:rsidDel="00000000" w:rsidP="00000000" w:rsidRDefault="00000000" w:rsidRPr="00000000" w14:paraId="0000005E">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do you think you could add to make your work even more impressive?”</w:t>
                </w:r>
              </w:p>
            </w:tc>
          </w:tr>
        </w:tbl>
      </w:sdtContent>
    </w:sdt>
    <w:p w:rsidR="00000000" w:rsidDel="00000000" w:rsidP="00000000" w:rsidRDefault="00000000" w:rsidRPr="00000000" w14:paraId="00000060">
      <w:pPr>
        <w:spacing w:after="0" w:line="24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3.2 Acknowledgment marking</w:t>
      </w:r>
    </w:p>
    <w:p w:rsidR="00000000" w:rsidDel="00000000" w:rsidP="00000000" w:rsidRDefault="00000000" w:rsidRPr="00000000" w14:paraId="0000006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purpose of marking and feedback is to move learning on. However, we recognise that acknowledgement marking can have a positive impact on a child’s self-esteem and intrinsic motivation. Therefore, we respect our teachers’ professional judgement in terms of acknowledgement marking. Mindful of the need to minimise the time needed to mark work, teachers can decide when acknowledgement marking will be helpful to the pupil. It is important to emphasise that acknowledgement marking must not be done simply because the teacher feels a need to write ‘something’ on work. Acknowledgement marking may be through simple symbols such as ticks, stickers, stamps or ClassDojo points.</w:t>
      </w:r>
    </w:p>
    <w:p w:rsidR="00000000" w:rsidDel="00000000" w:rsidP="00000000" w:rsidRDefault="00000000" w:rsidRPr="00000000" w14:paraId="0000006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spacing w:after="0" w:line="24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3.3 Assessment against the main enquiry question and ‘I can’ statements for the lesson</w:t>
      </w:r>
    </w:p>
    <w:p w:rsidR="00000000" w:rsidDel="00000000" w:rsidP="00000000" w:rsidRDefault="00000000" w:rsidRPr="00000000" w14:paraId="0000006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Kielder Primary School, we use an enquiry question and ‘I can’ statements to introduce the objective and success criteria for the lesson. The enquiry question must be written in the pupils’ exercise books. KS2 pupils must write the question themselves, with the date. For younger pupils, the teacher/TA can either write the enquiry question into books or print it out and stick it in. As KS1 pupils grow in confidence with writing, they can begin to write </w:t>
      </w:r>
      <w:r w:rsidDel="00000000" w:rsidR="00000000" w:rsidRPr="00000000">
        <w:rPr>
          <w:rFonts w:ascii="Times New Roman" w:cs="Times New Roman" w:eastAsia="Times New Roman" w:hAnsi="Times New Roman"/>
          <w:rtl w:val="0"/>
        </w:rPr>
        <w:t xml:space="preserve">in their</w:t>
      </w:r>
      <w:r w:rsidDel="00000000" w:rsidR="00000000" w:rsidRPr="00000000">
        <w:rPr>
          <w:rFonts w:ascii="Times New Roman" w:cs="Times New Roman" w:eastAsia="Times New Roman" w:hAnsi="Times New Roman"/>
          <w:rtl w:val="0"/>
        </w:rPr>
        <w:t xml:space="preserve"> own, along with the date. At the end of the lesson, following a plenary, pupils will indicate how confident they feel with answering the question using a method appropriate to the class. Teachers will also indicate whether they feel the pupil has achieved the objective for the lesson using a stamp.</w:t>
      </w:r>
    </w:p>
    <w:p w:rsidR="00000000" w:rsidDel="00000000" w:rsidP="00000000" w:rsidRDefault="00000000" w:rsidRPr="00000000" w14:paraId="00000065">
      <w:pPr>
        <w:spacing w:after="0" w:line="240"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66">
      <w:pPr>
        <w:spacing w:after="0" w:line="24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3.4 Developmental marking</w:t>
      </w:r>
    </w:p>
    <w:p w:rsidR="00000000" w:rsidDel="00000000" w:rsidP="00000000" w:rsidRDefault="00000000" w:rsidRPr="00000000" w14:paraId="0000006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Detailed written comments will be focused on extended pieces of written work or extended tasks. </w:t>
      </w:r>
      <w:r w:rsidDel="00000000" w:rsidR="00000000" w:rsidRPr="00000000">
        <w:rPr>
          <w:rFonts w:ascii="Times New Roman" w:cs="Times New Roman" w:eastAsia="Times New Roman" w:hAnsi="Times New Roman"/>
          <w:b w:val="1"/>
          <w:rtl w:val="0"/>
        </w:rPr>
        <w:t xml:space="preserve">At least one piece</w:t>
      </w:r>
      <w:r w:rsidDel="00000000" w:rsidR="00000000" w:rsidRPr="00000000">
        <w:rPr>
          <w:rFonts w:ascii="Times New Roman" w:cs="Times New Roman" w:eastAsia="Times New Roman" w:hAnsi="Times New Roman"/>
          <w:rtl w:val="0"/>
        </w:rPr>
        <w:t xml:space="preserve"> of extended writing per week must be marked developmentally in English. These will allow children’s achievements to be recognised and provide further guidance for future learning. Examples of this guidance could be:</w:t>
      </w:r>
    </w:p>
    <w:p w:rsidR="00000000" w:rsidDel="00000000" w:rsidP="00000000" w:rsidRDefault="00000000" w:rsidRPr="00000000" w14:paraId="00000068">
      <w:pPr>
        <w:numPr>
          <w:ilvl w:val="0"/>
          <w:numId w:val="1"/>
        </w:numPr>
        <w:spacing w:after="0" w:line="240" w:lineRule="auto"/>
        <w:ind w:left="720" w:hanging="360"/>
        <w:jc w:val="both"/>
        <w:rPr/>
      </w:pPr>
      <w:r w:rsidDel="00000000" w:rsidR="00000000" w:rsidRPr="00000000">
        <w:rPr>
          <w:rFonts w:ascii="Times New Roman" w:cs="Times New Roman" w:eastAsia="Times New Roman" w:hAnsi="Times New Roman"/>
          <w:b w:val="1"/>
          <w:rtl w:val="0"/>
        </w:rPr>
        <w:t xml:space="preserve">Reminder</w:t>
      </w:r>
      <w:r w:rsidDel="00000000" w:rsidR="00000000" w:rsidRPr="00000000">
        <w:rPr>
          <w:rFonts w:ascii="Times New Roman" w:cs="Times New Roman" w:eastAsia="Times New Roman" w:hAnsi="Times New Roman"/>
          <w:rtl w:val="0"/>
        </w:rPr>
        <w:t xml:space="preserve"> (most suitable for high achievers) - ‘What else could you say about …?’; ‘Explain your thinking about ….’; ‘Add more detail to ….’</w:t>
      </w:r>
    </w:p>
    <w:p w:rsidR="00000000" w:rsidDel="00000000" w:rsidP="00000000" w:rsidRDefault="00000000" w:rsidRPr="00000000" w14:paraId="00000069">
      <w:pPr>
        <w:numPr>
          <w:ilvl w:val="0"/>
          <w:numId w:val="1"/>
        </w:numPr>
        <w:spacing w:after="0" w:line="240" w:lineRule="auto"/>
        <w:ind w:left="720" w:hanging="360"/>
        <w:jc w:val="both"/>
        <w:rPr/>
      </w:pPr>
      <w:r w:rsidDel="00000000" w:rsidR="00000000" w:rsidRPr="00000000">
        <w:rPr>
          <w:rFonts w:ascii="Times New Roman" w:cs="Times New Roman" w:eastAsia="Times New Roman" w:hAnsi="Times New Roman"/>
          <w:b w:val="1"/>
          <w:rtl w:val="0"/>
        </w:rPr>
        <w:t xml:space="preserve">Scaffold</w:t>
      </w:r>
      <w:r w:rsidDel="00000000" w:rsidR="00000000" w:rsidRPr="00000000">
        <w:rPr>
          <w:rFonts w:ascii="Times New Roman" w:cs="Times New Roman" w:eastAsia="Times New Roman" w:hAnsi="Times New Roman"/>
          <w:rtl w:val="0"/>
        </w:rPr>
        <w:t xml:space="preserve"> (most suitable for children needing a little more support) - provide examples of what they need to do. Ask questions or provide unfinished sentences.</w:t>
      </w:r>
    </w:p>
    <w:p w:rsidR="00000000" w:rsidDel="00000000" w:rsidP="00000000" w:rsidRDefault="00000000" w:rsidRPr="00000000" w14:paraId="0000006A">
      <w:pPr>
        <w:numPr>
          <w:ilvl w:val="0"/>
          <w:numId w:val="1"/>
        </w:numPr>
        <w:spacing w:after="0" w:line="240" w:lineRule="auto"/>
        <w:ind w:left="720" w:hanging="360"/>
        <w:jc w:val="both"/>
        <w:rPr/>
      </w:pPr>
      <w:r w:rsidDel="00000000" w:rsidR="00000000" w:rsidRPr="00000000">
        <w:rPr>
          <w:rFonts w:ascii="Times New Roman" w:cs="Times New Roman" w:eastAsia="Times New Roman" w:hAnsi="Times New Roman"/>
          <w:b w:val="1"/>
          <w:rtl w:val="0"/>
        </w:rPr>
        <w:t xml:space="preserve">Example prompt</w:t>
      </w:r>
      <w:r w:rsidDel="00000000" w:rsidR="00000000" w:rsidRPr="00000000">
        <w:rPr>
          <w:rFonts w:ascii="Times New Roman" w:cs="Times New Roman" w:eastAsia="Times New Roman" w:hAnsi="Times New Roman"/>
          <w:rtl w:val="0"/>
        </w:rPr>
        <w:t xml:space="preserve"> (suitable for all, especially lower abilities) - give children a choice of words or phrases e.g. “choose one of these words instead of bad.”</w:t>
      </w:r>
    </w:p>
    <w:p w:rsidR="00000000" w:rsidDel="00000000" w:rsidP="00000000" w:rsidRDefault="00000000" w:rsidRPr="00000000" w14:paraId="0000006B">
      <w:pPr>
        <w:numPr>
          <w:ilvl w:val="0"/>
          <w:numId w:val="1"/>
        </w:numPr>
        <w:spacing w:after="0" w:line="240" w:lineRule="auto"/>
        <w:ind w:left="720" w:hanging="360"/>
        <w:jc w:val="both"/>
        <w:rPr/>
      </w:pPr>
      <w:r w:rsidDel="00000000" w:rsidR="00000000" w:rsidRPr="00000000">
        <w:rPr>
          <w:rFonts w:ascii="Times New Roman" w:cs="Times New Roman" w:eastAsia="Times New Roman" w:hAnsi="Times New Roman"/>
          <w:b w:val="1"/>
          <w:rtl w:val="0"/>
        </w:rPr>
        <w:t xml:space="preserve">Modelled example</w:t>
      </w:r>
      <w:r w:rsidDel="00000000" w:rsidR="00000000" w:rsidRPr="00000000">
        <w:rPr>
          <w:rFonts w:ascii="Times New Roman" w:cs="Times New Roman" w:eastAsia="Times New Roman" w:hAnsi="Times New Roman"/>
          <w:rtl w:val="0"/>
        </w:rPr>
        <w:t xml:space="preserve"> - a correct example modelled by a teacher/teaching assistant with a further one for the child to try.</w:t>
      </w:r>
    </w:p>
    <w:p w:rsidR="00000000" w:rsidDel="00000000" w:rsidP="00000000" w:rsidRDefault="00000000" w:rsidRPr="00000000" w14:paraId="0000006C">
      <w:pPr>
        <w:numPr>
          <w:ilvl w:val="0"/>
          <w:numId w:val="1"/>
        </w:numPr>
        <w:spacing w:after="0" w:line="240" w:lineRule="auto"/>
        <w:ind w:left="720" w:hanging="360"/>
        <w:jc w:val="both"/>
        <w:rPr/>
      </w:pPr>
      <w:r w:rsidDel="00000000" w:rsidR="00000000" w:rsidRPr="00000000">
        <w:rPr>
          <w:rFonts w:ascii="Times New Roman" w:cs="Times New Roman" w:eastAsia="Times New Roman" w:hAnsi="Times New Roman"/>
          <w:b w:val="1"/>
          <w:rtl w:val="0"/>
        </w:rPr>
        <w:t xml:space="preserve">Open question</w:t>
      </w:r>
      <w:r w:rsidDel="00000000" w:rsidR="00000000" w:rsidRPr="00000000">
        <w:rPr>
          <w:rFonts w:ascii="Times New Roman" w:cs="Times New Roman" w:eastAsia="Times New Roman" w:hAnsi="Times New Roman"/>
          <w:rtl w:val="0"/>
        </w:rPr>
        <w:t xml:space="preserve"> - pose an open question specifically related to the objective to think about next steps.</w:t>
      </w:r>
    </w:p>
    <w:p w:rsidR="00000000" w:rsidDel="00000000" w:rsidP="00000000" w:rsidRDefault="00000000" w:rsidRPr="00000000" w14:paraId="0000006D">
      <w:pPr>
        <w:numPr>
          <w:ilvl w:val="0"/>
          <w:numId w:val="1"/>
        </w:numPr>
        <w:spacing w:after="160" w:line="240" w:lineRule="auto"/>
        <w:ind w:left="720" w:hanging="360"/>
        <w:jc w:val="both"/>
        <w:rPr/>
      </w:pPr>
      <w:r w:rsidDel="00000000" w:rsidR="00000000" w:rsidRPr="00000000">
        <w:rPr>
          <w:rFonts w:ascii="Times New Roman" w:cs="Times New Roman" w:eastAsia="Times New Roman" w:hAnsi="Times New Roman"/>
          <w:b w:val="1"/>
          <w:rtl w:val="0"/>
        </w:rPr>
        <w:t xml:space="preserve">Greater depth/explanation</w:t>
      </w: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rtl w:val="0"/>
        </w:rPr>
        <w:t xml:space="preserve">use</w:t>
      </w:r>
      <w:r w:rsidDel="00000000" w:rsidR="00000000" w:rsidRPr="00000000">
        <w:rPr>
          <w:rFonts w:ascii="Times New Roman" w:cs="Times New Roman" w:eastAsia="Times New Roman" w:hAnsi="Times New Roman"/>
          <w:rtl w:val="0"/>
        </w:rPr>
        <w:t xml:space="preserve"> to extend a child’s learning by asking them to explain their learning or reflect on the process or strategies they have used.</w:t>
      </w:r>
    </w:p>
    <w:p w:rsidR="00000000" w:rsidDel="00000000" w:rsidP="00000000" w:rsidRDefault="00000000" w:rsidRPr="00000000" w14:paraId="0000006E">
      <w:pPr>
        <w:spacing w:after="0" w:line="24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Stages of giving feedback</w:t>
      </w:r>
    </w:p>
    <w:p w:rsidR="00000000" w:rsidDel="00000000" w:rsidP="00000000" w:rsidRDefault="00000000" w:rsidRPr="00000000" w14:paraId="0000006F">
      <w:pPr>
        <w:numPr>
          <w:ilvl w:val="0"/>
          <w:numId w:val="9"/>
        </w:numPr>
        <w:spacing w:after="0"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Showing success</w:t>
      </w:r>
      <w:r w:rsidDel="00000000" w:rsidR="00000000" w:rsidRPr="00000000">
        <w:rPr>
          <w:rFonts w:ascii="Times New Roman" w:cs="Times New Roman" w:eastAsia="Times New Roman" w:hAnsi="Times New Roman"/>
          <w:rtl w:val="0"/>
        </w:rPr>
        <w:t xml:space="preserve"> (highlight in </w:t>
      </w:r>
      <w:r w:rsidDel="00000000" w:rsidR="00000000" w:rsidRPr="00000000">
        <w:rPr>
          <w:rFonts w:ascii="Times New Roman" w:cs="Times New Roman" w:eastAsia="Times New Roman" w:hAnsi="Times New Roman"/>
          <w:b w:val="1"/>
          <w:highlight w:val="green"/>
          <w:rtl w:val="0"/>
        </w:rPr>
        <w:t xml:space="preserve">green</w:t>
      </w:r>
      <w:r w:rsidDel="00000000" w:rsidR="00000000" w:rsidRPr="00000000">
        <w:rPr>
          <w:rFonts w:ascii="Times New Roman" w:cs="Times New Roman" w:eastAsia="Times New Roman" w:hAnsi="Times New Roman"/>
          <w:rtl w:val="0"/>
        </w:rPr>
        <w:t xml:space="preserve"> - green is great, so children can see their successes clearly).</w:t>
      </w:r>
    </w:p>
    <w:p w:rsidR="00000000" w:rsidDel="00000000" w:rsidP="00000000" w:rsidRDefault="00000000" w:rsidRPr="00000000" w14:paraId="00000070">
      <w:pPr>
        <w:numPr>
          <w:ilvl w:val="0"/>
          <w:numId w:val="9"/>
        </w:numPr>
        <w:spacing w:after="0"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Indicating improvement/next steps</w:t>
      </w:r>
      <w:sdt>
        <w:sdtPr>
          <w:id w:val="-742948179"/>
          <w:tag w:val="goog_rdk_2"/>
        </w:sdtPr>
        <w:sdtContent>
          <w:r w:rsidDel="00000000" w:rsidR="00000000" w:rsidRPr="00000000">
            <w:rPr>
              <w:rFonts w:ascii="Cardo" w:cs="Cardo" w:eastAsia="Cardo" w:hAnsi="Cardo"/>
              <w:rtl w:val="0"/>
            </w:rPr>
            <w:t xml:space="preserve"> (draw a → as a visual symbol for ‘even better if’ or ‘next steps’). The class teacher marks in </w:t>
          </w:r>
        </w:sdtContent>
      </w:sdt>
      <w:r w:rsidDel="00000000" w:rsidR="00000000" w:rsidRPr="00000000">
        <w:rPr>
          <w:rFonts w:ascii="Times New Roman" w:cs="Times New Roman" w:eastAsia="Times New Roman" w:hAnsi="Times New Roman"/>
          <w:b w:val="1"/>
          <w:color w:val="ff0000"/>
          <w:rtl w:val="0"/>
        </w:rPr>
        <w:t xml:space="preserve">red</w:t>
      </w:r>
      <w:r w:rsidDel="00000000" w:rsidR="00000000" w:rsidRPr="00000000">
        <w:rPr>
          <w:rFonts w:ascii="Times New Roman" w:cs="Times New Roman" w:eastAsia="Times New Roman" w:hAnsi="Times New Roman"/>
          <w:rtl w:val="0"/>
        </w:rPr>
        <w:t xml:space="preserve"> pen and children respond in </w:t>
      </w:r>
      <w:r w:rsidDel="00000000" w:rsidR="00000000" w:rsidRPr="00000000">
        <w:rPr>
          <w:rFonts w:ascii="Times New Roman" w:cs="Times New Roman" w:eastAsia="Times New Roman" w:hAnsi="Times New Roman"/>
          <w:b w:val="1"/>
          <w:color w:val="00ff00"/>
          <w:rtl w:val="0"/>
        </w:rPr>
        <w:t xml:space="preserve">green</w:t>
      </w:r>
      <w:r w:rsidDel="00000000" w:rsidR="00000000" w:rsidRPr="00000000">
        <w:rPr>
          <w:rFonts w:ascii="Times New Roman" w:cs="Times New Roman" w:eastAsia="Times New Roman" w:hAnsi="Times New Roman"/>
          <w:rtl w:val="0"/>
        </w:rPr>
        <w:t xml:space="preserve">, demonstrating further success through acting on feedback. </w:t>
      </w:r>
      <w:r w:rsidDel="00000000" w:rsidR="00000000" w:rsidRPr="00000000">
        <w:rPr>
          <w:rFonts w:ascii="Times New Roman" w:cs="Times New Roman" w:eastAsia="Times New Roman" w:hAnsi="Times New Roman"/>
          <w:b w:val="1"/>
          <w:rtl w:val="0"/>
        </w:rPr>
        <w:t xml:space="preserve">See 3.4 Developmental marking for examples</w:t>
      </w:r>
      <w:r w:rsidDel="00000000" w:rsidR="00000000" w:rsidRPr="00000000">
        <w:rPr>
          <w:rFonts w:ascii="Times New Roman" w:cs="Times New Roman" w:eastAsia="Times New Roman" w:hAnsi="Times New Roman"/>
          <w:rtl w:val="0"/>
        </w:rPr>
        <w:t xml:space="preserve">. This will happen in extended written pieces and 1-2 pieces of Maths work a week and in Science work, where appropriate.</w:t>
      </w:r>
    </w:p>
    <w:p w:rsidR="00000000" w:rsidDel="00000000" w:rsidP="00000000" w:rsidRDefault="00000000" w:rsidRPr="00000000" w14:paraId="00000071">
      <w:pPr>
        <w:numPr>
          <w:ilvl w:val="0"/>
          <w:numId w:val="4"/>
        </w:numPr>
        <w:spacing w:after="0" w:line="240" w:lineRule="auto"/>
        <w:ind w:left="21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child then responds to the teacher's comment.</w:t>
      </w:r>
    </w:p>
    <w:p w:rsidR="00000000" w:rsidDel="00000000" w:rsidP="00000000" w:rsidRDefault="00000000" w:rsidRPr="00000000" w14:paraId="00000072">
      <w:pPr>
        <w:numPr>
          <w:ilvl w:val="0"/>
          <w:numId w:val="4"/>
        </w:numPr>
        <w:spacing w:after="0" w:line="240" w:lineRule="auto"/>
        <w:ind w:left="21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teacher then reassesses (with a tick) the corrections/improvements to make sure they are complete.</w:t>
      </w:r>
    </w:p>
    <w:p w:rsidR="00000000" w:rsidDel="00000000" w:rsidP="00000000" w:rsidRDefault="00000000" w:rsidRPr="00000000" w14:paraId="00000073">
      <w:pPr>
        <w:spacing w:after="0" w:line="240" w:lineRule="auto"/>
        <w:ind w:left="14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Foundation subjects will be marked with a tick and ‘next steps’ criteria will be used if the teacher believes it is needed. High-frequency spelling errors will be addressed in foundation pieces of work and the children will respond to these by copying these words out three times at the start of the next lesson or ‘live’ in the lesson. Teachers/TAs should circulate to ensure words are being spelt correctly. </w:t>
      </w:r>
    </w:p>
    <w:p w:rsidR="00000000" w:rsidDel="00000000" w:rsidP="00000000" w:rsidRDefault="00000000" w:rsidRPr="00000000" w14:paraId="00000075">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6">
      <w:pPr>
        <w:spacing w:after="16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feasible in a school such as ours for teachers to give all pupils verbal feedback during a lesson. Self-assessment and peer-assessment should also be used where appropriate.</w:t>
      </w:r>
    </w:p>
    <w:p w:rsidR="00000000" w:rsidDel="00000000" w:rsidP="00000000" w:rsidRDefault="00000000" w:rsidRPr="00000000" w14:paraId="00000077">
      <w:pPr>
        <w:spacing w:after="16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w:t>
      </w:r>
      <w:r w:rsidDel="00000000" w:rsidR="00000000" w:rsidRPr="00000000">
        <w:rPr>
          <w:rFonts w:ascii="Times New Roman" w:cs="Times New Roman" w:eastAsia="Times New Roman" w:hAnsi="Times New Roman"/>
          <w:b w:val="1"/>
          <w:u w:val="single"/>
          <w:rtl w:val="0"/>
        </w:rPr>
        <w:t xml:space="preserve">essential</w:t>
      </w:r>
      <w:r w:rsidDel="00000000" w:rsidR="00000000" w:rsidRPr="00000000">
        <w:rPr>
          <w:rFonts w:ascii="Times New Roman" w:cs="Times New Roman" w:eastAsia="Times New Roman" w:hAnsi="Times New Roman"/>
          <w:rtl w:val="0"/>
        </w:rPr>
        <w:t xml:space="preserve"> that time is given for children to respond to prompts, thus enabling them to ‘close the gap’ and improve their work. Dedicated time for making improvements needs to be planned. Children should use </w:t>
      </w:r>
      <w:r w:rsidDel="00000000" w:rsidR="00000000" w:rsidRPr="00000000">
        <w:rPr>
          <w:rFonts w:ascii="Times New Roman" w:cs="Times New Roman" w:eastAsia="Times New Roman" w:hAnsi="Times New Roman"/>
          <w:b w:val="1"/>
          <w:color w:val="00ff00"/>
          <w:rtl w:val="0"/>
        </w:rPr>
        <w:t xml:space="preserve">green</w:t>
      </w:r>
      <w:r w:rsidDel="00000000" w:rsidR="00000000" w:rsidRPr="00000000">
        <w:rPr>
          <w:rFonts w:ascii="Times New Roman" w:cs="Times New Roman" w:eastAsia="Times New Roman" w:hAnsi="Times New Roman"/>
          <w:rtl w:val="0"/>
        </w:rPr>
        <w:t xml:space="preserve"> pens and are expected to edit and improve their work or answer questions.</w:t>
      </w:r>
    </w:p>
    <w:p w:rsidR="00000000" w:rsidDel="00000000" w:rsidP="00000000" w:rsidRDefault="00000000" w:rsidRPr="00000000" w14:paraId="00000078">
      <w:pPr>
        <w:spacing w:after="16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Teachers and teaching assistants should check that the improvement has been done through a simple tick. If misconceptions have occurred again, these will need to be addressed.</w:t>
      </w:r>
    </w:p>
    <w:p w:rsidR="00000000" w:rsidDel="00000000" w:rsidP="00000000" w:rsidRDefault="00000000" w:rsidRPr="00000000" w14:paraId="00000079">
      <w:pPr>
        <w:spacing w:after="0" w:line="24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English</w:t>
      </w:r>
    </w:p>
    <w:p w:rsidR="00000000" w:rsidDel="00000000" w:rsidP="00000000" w:rsidRDefault="00000000" w:rsidRPr="00000000" w14:paraId="0000007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In-depth marking will take place after an independent writing piece using the marking codes (see appendices) to address basic skills and SPaG objectives. These pieces should be given more detailed written feedback. If a high-frequency word is misspelled, the teacher should identify this (up to 3 examples) and record the correct spelling on a Post-It note. Children should then write this spelling out three times. The teacher/TA MUST recheck this after the child has completed this to ensure these words are now spelt correctly. The Post-It note can then be re-used for continual review.</w:t>
      </w:r>
    </w:p>
    <w:p w:rsidR="00000000" w:rsidDel="00000000" w:rsidP="00000000" w:rsidRDefault="00000000" w:rsidRPr="00000000" w14:paraId="0000007B">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C">
      <w:pPr>
        <w:spacing w:after="0" w:line="24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Maths</w:t>
      </w:r>
    </w:p>
    <w:p w:rsidR="00000000" w:rsidDel="00000000" w:rsidP="00000000" w:rsidRDefault="00000000" w:rsidRPr="00000000" w14:paraId="0000007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Indicating next steps in Maths 1-2 times a week enables pupils to reflect on mathematical concepts they may be struggling with. Giving pupils feedback as to how to overcome these barriers, including through worked examples, has the potential to be highly beneficial to pupils.</w:t>
      </w:r>
    </w:p>
    <w:p w:rsidR="00000000" w:rsidDel="00000000" w:rsidP="00000000" w:rsidRDefault="00000000" w:rsidRPr="00000000" w14:paraId="0000007E">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after="16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pacing w:after="0" w:line="240" w:lineRule="auto"/>
        <w:jc w:val="both"/>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81">
      <w:pPr>
        <w:spacing w:after="0" w:line="240" w:lineRule="auto"/>
        <w:jc w:val="both"/>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82">
      <w:pPr>
        <w:spacing w:after="0" w:line="24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3.5 Children as markers (self and peer-assessment)</w:t>
      </w:r>
    </w:p>
    <w:p w:rsidR="00000000" w:rsidDel="00000000" w:rsidP="00000000" w:rsidRDefault="00000000" w:rsidRPr="00000000" w14:paraId="0000008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Self and peer-assessment have a key role to play in effective marking and feedback – they empower children to take control of their own learning. Teachers should employ these regularly within the teaching week.</w:t>
      </w:r>
    </w:p>
    <w:p w:rsidR="00000000" w:rsidDel="00000000" w:rsidP="00000000" w:rsidRDefault="00000000" w:rsidRPr="00000000" w14:paraId="0000008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Before any child (in Key Stage 1 and Key Stage 2) hands in any piece of work for marking they should spend an appropriate amount of time re-reading their work and making improvements. This time will be </w:t>
      </w:r>
      <w:r w:rsidDel="00000000" w:rsidR="00000000" w:rsidRPr="00000000">
        <w:rPr>
          <w:rFonts w:ascii="Times New Roman" w:cs="Times New Roman" w:eastAsia="Times New Roman" w:hAnsi="Times New Roman"/>
          <w:rtl w:val="0"/>
        </w:rPr>
        <w:t xml:space="preserve">planned in as</w:t>
      </w:r>
      <w:r w:rsidDel="00000000" w:rsidR="00000000" w:rsidRPr="00000000">
        <w:rPr>
          <w:rFonts w:ascii="Times New Roman" w:cs="Times New Roman" w:eastAsia="Times New Roman" w:hAnsi="Times New Roman"/>
          <w:rtl w:val="0"/>
        </w:rPr>
        <w:t xml:space="preserve"> part of the self-assessment time either before the end of the lesson or as a focus of the next lesson, whichever is most appropriate for the task. A stamp will be used to indicate whether the work has been assessed by SELF, PEER or TEACHER.</w:t>
      </w:r>
    </w:p>
    <w:p w:rsidR="00000000" w:rsidDel="00000000" w:rsidP="00000000" w:rsidRDefault="00000000" w:rsidRPr="00000000" w14:paraId="00000086">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after="0" w:line="24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3.6 Marking codes</w:t>
      </w:r>
    </w:p>
    <w:p w:rsidR="00000000" w:rsidDel="00000000" w:rsidP="00000000" w:rsidRDefault="00000000" w:rsidRPr="00000000" w14:paraId="00000088">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Where written marking or annotations are appropriate, the intention is that minimum teacher time should lead to maximum outcomes. Teachers should complete a success criteria grid for extended written lessons. Marking codes have been developed for consistent use across the school to make feedback accessible for children and to make marking and feedback manageable for teachers although some additional age-appropriate elements may be included in some phases of the school, such as in Early Years.</w:t>
      </w:r>
      <w:r w:rsidDel="00000000" w:rsidR="00000000" w:rsidRPr="00000000">
        <w:rPr>
          <w:rtl w:val="0"/>
        </w:rPr>
      </w:r>
    </w:p>
    <w:p w:rsidR="00000000" w:rsidDel="00000000" w:rsidP="00000000" w:rsidRDefault="00000000" w:rsidRPr="00000000" w14:paraId="00000089">
      <w:pPr>
        <w:spacing w:after="16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A">
      <w:pPr>
        <w:spacing w:after="16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Marking codes should be displayed in class, shared with children and stuck into books. </w:t>
      </w:r>
    </w:p>
    <w:p w:rsidR="00000000" w:rsidDel="00000000" w:rsidP="00000000" w:rsidRDefault="00000000" w:rsidRPr="00000000" w14:paraId="0000008B">
      <w:pPr>
        <w:spacing w:after="16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C">
      <w:pPr>
        <w:pStyle w:val="Heading3"/>
        <w:spacing w:before="0" w:line="240" w:lineRule="auto"/>
        <w:jc w:val="both"/>
        <w:rPr>
          <w:rFonts w:ascii="Times New Roman" w:cs="Times New Roman" w:eastAsia="Times New Roman" w:hAnsi="Times New Roman"/>
          <w:sz w:val="26"/>
          <w:szCs w:val="26"/>
        </w:rPr>
      </w:pPr>
      <w:bookmarkStart w:colFirst="0" w:colLast="0" w:name="_heading=h.1yd9bomndxl5" w:id="1"/>
      <w:bookmarkEnd w:id="1"/>
      <w:r w:rsidDel="00000000" w:rsidR="00000000" w:rsidRPr="00000000">
        <w:rPr>
          <w:rFonts w:ascii="Times New Roman" w:cs="Times New Roman" w:eastAsia="Times New Roman" w:hAnsi="Times New Roman"/>
          <w:sz w:val="26"/>
          <w:szCs w:val="26"/>
          <w:rtl w:val="0"/>
        </w:rPr>
        <w:t xml:space="preserve">4. Roles and Responsibilities</w:t>
      </w:r>
    </w:p>
    <w:p w:rsidR="00000000" w:rsidDel="00000000" w:rsidP="00000000" w:rsidRDefault="00000000" w:rsidRPr="00000000" w14:paraId="0000008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Teachers: Apply Marking, Feedback &amp; Dialogue Policy consistently and contribute to policy review</w:t>
      </w:r>
    </w:p>
    <w:p w:rsidR="00000000" w:rsidDel="00000000" w:rsidP="00000000" w:rsidRDefault="00000000" w:rsidRPr="00000000" w14:paraId="0000008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Headteacher: Oversees implementation and leads reviews</w:t>
      </w:r>
    </w:p>
    <w:p w:rsidR="00000000" w:rsidDel="00000000" w:rsidP="00000000" w:rsidRDefault="00000000" w:rsidRPr="00000000" w14:paraId="0000008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Governors: Monitor impact of the policy</w:t>
      </w:r>
    </w:p>
    <w:p w:rsidR="00000000" w:rsidDel="00000000" w:rsidP="00000000" w:rsidRDefault="00000000" w:rsidRPr="00000000" w14:paraId="00000090">
      <w:pPr>
        <w:spacing w:after="0" w:line="240" w:lineRule="auto"/>
        <w:jc w:val="both"/>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91">
      <w:pPr>
        <w:spacing w:after="0" w:line="240" w:lineRule="auto"/>
        <w:jc w:val="both"/>
        <w:rPr>
          <w:rFonts w:ascii="Times New Roman" w:cs="Times New Roman" w:eastAsia="Times New Roman" w:hAnsi="Times New Roman"/>
          <w:b w:val="1"/>
          <w:color w:val="4f81bd"/>
          <w:sz w:val="26"/>
          <w:szCs w:val="26"/>
        </w:rPr>
      </w:pPr>
      <w:r w:rsidDel="00000000" w:rsidR="00000000" w:rsidRPr="00000000">
        <w:rPr>
          <w:rFonts w:ascii="Times New Roman" w:cs="Times New Roman" w:eastAsia="Times New Roman" w:hAnsi="Times New Roman"/>
          <w:b w:val="1"/>
          <w:color w:val="4f81bd"/>
          <w:sz w:val="26"/>
          <w:szCs w:val="26"/>
          <w:rtl w:val="0"/>
        </w:rPr>
        <w:t xml:space="preserve">5. Policy monitoring, review and evaluation</w:t>
      </w:r>
    </w:p>
    <w:p w:rsidR="00000000" w:rsidDel="00000000" w:rsidP="00000000" w:rsidRDefault="00000000" w:rsidRPr="00000000" w14:paraId="0000009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Marking and feedback will be closely monitored by the Headteacher through:</w:t>
      </w:r>
    </w:p>
    <w:p w:rsidR="00000000" w:rsidDel="00000000" w:rsidP="00000000" w:rsidRDefault="00000000" w:rsidRPr="00000000" w14:paraId="00000093">
      <w:pPr>
        <w:numPr>
          <w:ilvl w:val="0"/>
          <w:numId w:val="10"/>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Lesson observations/learning walks</w:t>
      </w:r>
    </w:p>
    <w:p w:rsidR="00000000" w:rsidDel="00000000" w:rsidP="00000000" w:rsidRDefault="00000000" w:rsidRPr="00000000" w14:paraId="00000094">
      <w:pPr>
        <w:numPr>
          <w:ilvl w:val="0"/>
          <w:numId w:val="10"/>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Work reviews</w:t>
      </w:r>
    </w:p>
    <w:p w:rsidR="00000000" w:rsidDel="00000000" w:rsidP="00000000" w:rsidRDefault="00000000" w:rsidRPr="00000000" w14:paraId="00000095">
      <w:pPr>
        <w:numPr>
          <w:ilvl w:val="0"/>
          <w:numId w:val="10"/>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Pupil voice</w:t>
      </w:r>
    </w:p>
    <w:p w:rsidR="00000000" w:rsidDel="00000000" w:rsidP="00000000" w:rsidRDefault="00000000" w:rsidRPr="00000000" w14:paraId="00000096">
      <w:pPr>
        <w:numPr>
          <w:ilvl w:val="0"/>
          <w:numId w:val="10"/>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Moderation</w:t>
      </w:r>
    </w:p>
    <w:p w:rsidR="00000000" w:rsidDel="00000000" w:rsidP="00000000" w:rsidRDefault="00000000" w:rsidRPr="00000000" w14:paraId="00000097">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8">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9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POLICY STATUS</w:t>
      </w:r>
      <w:r w:rsidDel="00000000" w:rsidR="00000000" w:rsidRPr="00000000">
        <w:rPr>
          <w:rtl w:val="0"/>
        </w:rPr>
      </w:r>
    </w:p>
    <w:p w:rsidR="00000000" w:rsidDel="00000000" w:rsidP="00000000" w:rsidRDefault="00000000" w:rsidRPr="00000000" w14:paraId="0000009A">
      <w:pPr>
        <w:spacing w:after="0" w:line="240" w:lineRule="auto"/>
        <w:jc w:val="both"/>
        <w:rPr>
          <w:rFonts w:ascii="Times New Roman" w:cs="Times New Roman" w:eastAsia="Times New Roman" w:hAnsi="Times New Roman"/>
          <w:sz w:val="20"/>
          <w:szCs w:val="20"/>
        </w:rPr>
      </w:pPr>
      <w:r w:rsidDel="00000000" w:rsidR="00000000" w:rsidRPr="00000000">
        <w:rPr>
          <w:rtl w:val="0"/>
        </w:rPr>
      </w:r>
    </w:p>
    <w:sdt>
      <w:sdtPr>
        <w:lock w:val="contentLocked"/>
        <w:id w:val="595502465"/>
        <w:tag w:val="goog_rdk_3"/>
      </w:sdtPr>
      <w:sdtContent>
        <w:tbl>
          <w:tblPr>
            <w:tblStyle w:val="Table3"/>
            <w:tblW w:w="4215.0" w:type="dxa"/>
            <w:jc w:val="left"/>
            <w:tblInd w:w="-100.0" w:type="dxa"/>
            <w:tblLayout w:type="fixed"/>
            <w:tblLook w:val="0000"/>
          </w:tblPr>
          <w:tblGrid>
            <w:gridCol w:w="1860"/>
            <w:gridCol w:w="2355"/>
            <w:tblGridChange w:id="0">
              <w:tblGrid>
                <w:gridCol w:w="1860"/>
                <w:gridCol w:w="235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9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Approval date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9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July 2025</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9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Review cycle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9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Every 2 years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9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Next review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A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July 2027</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A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Approval level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A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Headteacher</w:t>
                </w:r>
                <w:r w:rsidDel="00000000" w:rsidR="00000000" w:rsidRPr="00000000">
                  <w:rPr>
                    <w:rtl w:val="0"/>
                  </w:rPr>
                </w:r>
              </w:p>
            </w:tc>
          </w:tr>
        </w:tbl>
      </w:sdtContent>
    </w:sdt>
    <w:p w:rsidR="00000000" w:rsidDel="00000000" w:rsidP="00000000" w:rsidRDefault="00000000" w:rsidRPr="00000000" w14:paraId="000000A3">
      <w:pPr>
        <w:spacing w:after="160" w:line="259" w:lineRule="auto"/>
        <w:rPr>
          <w:rFonts w:ascii="Times New Roman" w:cs="Times New Roman" w:eastAsia="Times New Roman" w:hAnsi="Times New Roman"/>
          <w:b w:val="1"/>
          <w:sz w:val="30"/>
          <w:szCs w:val="30"/>
        </w:rPr>
        <w:sectPr>
          <w:headerReference r:id="rId8" w:type="default"/>
          <w:footerReference r:id="rId9" w:type="default"/>
          <w:pgSz w:h="15840" w:w="12240" w:orient="portrait"/>
          <w:pgMar w:bottom="1440" w:top="1440" w:left="1800" w:right="1800" w:header="720" w:footer="720"/>
          <w:pgNumType w:start="1"/>
        </w:sectPr>
      </w:pPr>
      <w:r w:rsidDel="00000000" w:rsidR="00000000" w:rsidRPr="00000000">
        <w:rPr>
          <w:rtl w:val="0"/>
        </w:rPr>
      </w:r>
    </w:p>
    <w:p w:rsidR="00000000" w:rsidDel="00000000" w:rsidP="00000000" w:rsidRDefault="00000000" w:rsidRPr="00000000" w14:paraId="000000A4">
      <w:pPr>
        <w:spacing w:after="160" w:line="259" w:lineRule="auto"/>
        <w:rPr>
          <w:rFonts w:ascii="Times New Roman" w:cs="Times New Roman" w:eastAsia="Times New Roman" w:hAnsi="Times New Roman"/>
          <w:b w:val="1"/>
          <w:color w:val="4f81bd"/>
          <w:sz w:val="30"/>
          <w:szCs w:val="30"/>
        </w:rPr>
      </w:pPr>
      <w:r w:rsidDel="00000000" w:rsidR="00000000" w:rsidRPr="00000000">
        <w:rPr>
          <w:rFonts w:ascii="Times New Roman" w:cs="Times New Roman" w:eastAsia="Times New Roman" w:hAnsi="Times New Roman"/>
          <w:b w:val="1"/>
          <w:color w:val="4f81bd"/>
          <w:sz w:val="30"/>
          <w:szCs w:val="30"/>
          <w:rtl w:val="0"/>
        </w:rPr>
        <w:t xml:space="preserve">Appendices</w:t>
      </w:r>
    </w:p>
    <w:p w:rsidR="00000000" w:rsidDel="00000000" w:rsidP="00000000" w:rsidRDefault="00000000" w:rsidRPr="00000000" w14:paraId="000000A5">
      <w:pPr>
        <w:spacing w:after="160" w:line="259" w:lineRule="auto"/>
        <w:rPr>
          <w:rFonts w:ascii="Times New Roman" w:cs="Times New Roman" w:eastAsia="Times New Roman" w:hAnsi="Times New Roman"/>
          <w:b w:val="1"/>
          <w:color w:val="4f81bd"/>
          <w:sz w:val="26"/>
          <w:szCs w:val="26"/>
        </w:rPr>
      </w:pPr>
      <w:r w:rsidDel="00000000" w:rsidR="00000000" w:rsidRPr="00000000">
        <w:rPr>
          <w:rFonts w:ascii="Times New Roman" w:cs="Times New Roman" w:eastAsia="Times New Roman" w:hAnsi="Times New Roman"/>
          <w:b w:val="1"/>
          <w:color w:val="4f81bd"/>
          <w:sz w:val="26"/>
          <w:szCs w:val="26"/>
          <w:rtl w:val="0"/>
        </w:rPr>
        <w:t xml:space="preserve">Appendix 1: Summary of marking requirements</w:t>
      </w:r>
    </w:p>
    <w:tbl>
      <w:tblPr>
        <w:tblStyle w:val="Table4"/>
        <w:tblW w:w="136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85"/>
        <w:gridCol w:w="2325"/>
        <w:gridCol w:w="1920"/>
        <w:gridCol w:w="7875"/>
        <w:tblGridChange w:id="0">
          <w:tblGrid>
            <w:gridCol w:w="1485"/>
            <w:gridCol w:w="2325"/>
            <w:gridCol w:w="1920"/>
            <w:gridCol w:w="7875"/>
          </w:tblGrid>
        </w:tblGridChange>
      </w:tblGrid>
      <w:tr>
        <w:trPr>
          <w:cantSplit w:val="0"/>
          <w:trHeight w:val="717" w:hRule="atLeast"/>
          <w:tblHeader w:val="0"/>
        </w:trPr>
        <w:tc>
          <w:tcPr>
            <w:vAlign w:val="center"/>
          </w:tcPr>
          <w:p w:rsidR="00000000" w:rsidDel="00000000" w:rsidP="00000000" w:rsidRDefault="00000000" w:rsidRPr="00000000" w14:paraId="000000A6">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Subject</w:t>
            </w:r>
          </w:p>
        </w:tc>
        <w:tc>
          <w:tcPr>
            <w:vAlign w:val="center"/>
          </w:tcPr>
          <w:p w:rsidR="00000000" w:rsidDel="00000000" w:rsidP="00000000" w:rsidRDefault="00000000" w:rsidRPr="00000000" w14:paraId="000000A7">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Immediate</w:t>
            </w:r>
          </w:p>
        </w:tc>
        <w:tc>
          <w:tcPr>
            <w:vAlign w:val="center"/>
          </w:tcPr>
          <w:p w:rsidR="00000000" w:rsidDel="00000000" w:rsidP="00000000" w:rsidRDefault="00000000" w:rsidRPr="00000000" w14:paraId="000000A8">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Summary</w:t>
            </w:r>
          </w:p>
        </w:tc>
        <w:tc>
          <w:tcPr>
            <w:vAlign w:val="center"/>
          </w:tcPr>
          <w:p w:rsidR="00000000" w:rsidDel="00000000" w:rsidP="00000000" w:rsidRDefault="00000000" w:rsidRPr="00000000" w14:paraId="000000A9">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Review</w:t>
            </w:r>
          </w:p>
        </w:tc>
      </w:tr>
      <w:tr>
        <w:trPr>
          <w:cantSplit w:val="0"/>
          <w:trHeight w:val="685" w:hRule="atLeast"/>
          <w:tblHeader w:val="0"/>
        </w:trPr>
        <w:tc>
          <w:tcPr>
            <w:vAlign w:val="center"/>
          </w:tcPr>
          <w:p w:rsidR="00000000" w:rsidDel="00000000" w:rsidP="00000000" w:rsidRDefault="00000000" w:rsidRPr="00000000" w14:paraId="000000AA">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English</w:t>
            </w:r>
          </w:p>
        </w:tc>
        <w:tc>
          <w:tcPr>
            <w:vMerge w:val="restart"/>
            <w:vAlign w:val="center"/>
          </w:tcPr>
          <w:p w:rsidR="00000000" w:rsidDel="00000000" w:rsidP="00000000" w:rsidRDefault="00000000" w:rsidRPr="00000000" w14:paraId="000000AB">
            <w:pPr>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Verbal feedback (teacher uses stamp, pupil ticks to indicate feedback has been acted upon).</w:t>
            </w:r>
          </w:p>
          <w:p w:rsidR="00000000" w:rsidDel="00000000" w:rsidP="00000000" w:rsidRDefault="00000000" w:rsidRPr="00000000" w14:paraId="000000AC">
            <w:pPr>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AD">
            <w:pPr>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Acknowledgement marking as appropriate.</w:t>
            </w:r>
          </w:p>
        </w:tc>
        <w:tc>
          <w:tcPr>
            <w:vMerge w:val="restart"/>
            <w:vAlign w:val="center"/>
          </w:tcPr>
          <w:p w:rsidR="00000000" w:rsidDel="00000000" w:rsidP="00000000" w:rsidRDefault="00000000" w:rsidRPr="00000000" w14:paraId="000000AE">
            <w:pPr>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Self and peer- assessment.</w:t>
            </w:r>
          </w:p>
          <w:p w:rsidR="00000000" w:rsidDel="00000000" w:rsidP="00000000" w:rsidRDefault="00000000" w:rsidRPr="00000000" w14:paraId="000000AF">
            <w:pPr>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B0">
            <w:pPr>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Traffic light plenaries.</w:t>
            </w:r>
          </w:p>
        </w:tc>
        <w:tc>
          <w:tcPr>
            <w:vAlign w:val="center"/>
          </w:tcPr>
          <w:p w:rsidR="00000000" w:rsidDel="00000000" w:rsidP="00000000" w:rsidRDefault="00000000" w:rsidRPr="00000000" w14:paraId="000000B1">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B2">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Acknowledgement marking as appropriate.</w:t>
            </w:r>
          </w:p>
          <w:p w:rsidR="00000000" w:rsidDel="00000000" w:rsidP="00000000" w:rsidRDefault="00000000" w:rsidRPr="00000000" w14:paraId="000000B3">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B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High-frequency word written on a Post-It note for pupils to copy 3 times and re-use for continual review.</w:t>
            </w:r>
          </w:p>
          <w:p w:rsidR="00000000" w:rsidDel="00000000" w:rsidP="00000000" w:rsidRDefault="00000000" w:rsidRPr="00000000" w14:paraId="000000B5">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B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For extended writing (at least once per week):</w:t>
            </w:r>
          </w:p>
          <w:p w:rsidR="00000000" w:rsidDel="00000000" w:rsidP="00000000" w:rsidRDefault="00000000" w:rsidRPr="00000000" w14:paraId="000000B7">
            <w:pPr>
              <w:numPr>
                <w:ilvl w:val="0"/>
                <w:numId w:val="2"/>
              </w:numPr>
              <w:spacing w:line="259" w:lineRule="auto"/>
              <w:ind w:left="720"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Success Criteria grid in books, completed by pupil/staff.</w:t>
            </w:r>
          </w:p>
          <w:p w:rsidR="00000000" w:rsidDel="00000000" w:rsidP="00000000" w:rsidRDefault="00000000" w:rsidRPr="00000000" w14:paraId="000000B8">
            <w:pPr>
              <w:numPr>
                <w:ilvl w:val="0"/>
                <w:numId w:val="2"/>
              </w:numPr>
              <w:spacing w:line="259" w:lineRule="auto"/>
              <w:ind w:left="720"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Positives highlighted in green.</w:t>
            </w:r>
          </w:p>
          <w:p w:rsidR="00000000" w:rsidDel="00000000" w:rsidP="00000000" w:rsidRDefault="00000000" w:rsidRPr="00000000" w14:paraId="000000B9">
            <w:pPr>
              <w:numPr>
                <w:ilvl w:val="0"/>
                <w:numId w:val="2"/>
              </w:numPr>
              <w:spacing w:line="259" w:lineRule="auto"/>
              <w:ind w:left="720"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Marking codes in margin to highlight errors.</w:t>
            </w:r>
          </w:p>
          <w:p w:rsidR="00000000" w:rsidDel="00000000" w:rsidP="00000000" w:rsidRDefault="00000000" w:rsidRPr="00000000" w14:paraId="000000BA">
            <w:pPr>
              <w:numPr>
                <w:ilvl w:val="0"/>
                <w:numId w:val="2"/>
              </w:numPr>
              <w:spacing w:line="259" w:lineRule="auto"/>
              <w:ind w:left="720" w:hanging="360"/>
              <w:rPr>
                <w:sz w:val="16"/>
                <w:szCs w:val="16"/>
              </w:rPr>
            </w:pPr>
            <w:sdt>
              <w:sdtPr>
                <w:id w:val="-1424042986"/>
                <w:tag w:val="goog_rdk_4"/>
              </w:sdtPr>
              <w:sdtContent>
                <w:r w:rsidDel="00000000" w:rsidR="00000000" w:rsidRPr="00000000">
                  <w:rPr>
                    <w:rFonts w:ascii="Cardo" w:cs="Cardo" w:eastAsia="Cardo" w:hAnsi="Cardo"/>
                    <w:sz w:val="16"/>
                    <w:szCs w:val="16"/>
                    <w:rtl w:val="0"/>
                  </w:rPr>
                  <w:t xml:space="preserve">→ indicates ‘even better if’ or next steps.</w:t>
                </w:r>
              </w:sdtContent>
            </w:sdt>
          </w:p>
          <w:p w:rsidR="00000000" w:rsidDel="00000000" w:rsidP="00000000" w:rsidRDefault="00000000" w:rsidRPr="00000000" w14:paraId="000000BB">
            <w:pPr>
              <w:numPr>
                <w:ilvl w:val="0"/>
                <w:numId w:val="2"/>
              </w:numPr>
              <w:spacing w:line="259" w:lineRule="auto"/>
              <w:ind w:left="720"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Developmental feedback provided (see examples in Section 3.4).</w:t>
            </w:r>
          </w:p>
          <w:p w:rsidR="00000000" w:rsidDel="00000000" w:rsidP="00000000" w:rsidRDefault="00000000" w:rsidRPr="00000000" w14:paraId="000000BC">
            <w:pPr>
              <w:numPr>
                <w:ilvl w:val="0"/>
                <w:numId w:val="2"/>
              </w:numPr>
              <w:spacing w:line="259" w:lineRule="auto"/>
              <w:ind w:left="720"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Pupils given</w:t>
            </w:r>
            <w:r w:rsidDel="00000000" w:rsidR="00000000" w:rsidRPr="00000000">
              <w:rPr>
                <w:rFonts w:ascii="Times New Roman" w:cs="Times New Roman" w:eastAsia="Times New Roman" w:hAnsi="Times New Roman"/>
                <w:sz w:val="16"/>
                <w:szCs w:val="16"/>
                <w:rtl w:val="0"/>
              </w:rPr>
              <w:t xml:space="preserve"> time to act on feedback in green.</w:t>
            </w:r>
          </w:p>
          <w:p w:rsidR="00000000" w:rsidDel="00000000" w:rsidP="00000000" w:rsidRDefault="00000000" w:rsidRPr="00000000" w14:paraId="000000BD">
            <w:pPr>
              <w:spacing w:line="259" w:lineRule="auto"/>
              <w:ind w:left="720" w:firstLine="0"/>
              <w:rPr>
                <w:rFonts w:ascii="Times New Roman" w:cs="Times New Roman" w:eastAsia="Times New Roman" w:hAnsi="Times New Roman"/>
                <w:sz w:val="16"/>
                <w:szCs w:val="16"/>
              </w:rPr>
            </w:pPr>
            <w:r w:rsidDel="00000000" w:rsidR="00000000" w:rsidRPr="00000000">
              <w:rPr>
                <w:rtl w:val="0"/>
              </w:rPr>
            </w:r>
          </w:p>
        </w:tc>
      </w:tr>
      <w:tr>
        <w:trPr>
          <w:cantSplit w:val="0"/>
          <w:trHeight w:val="717" w:hRule="atLeast"/>
          <w:tblHeader w:val="0"/>
        </w:trPr>
        <w:tc>
          <w:tcPr>
            <w:vAlign w:val="center"/>
          </w:tcPr>
          <w:p w:rsidR="00000000" w:rsidDel="00000000" w:rsidP="00000000" w:rsidRDefault="00000000" w:rsidRPr="00000000" w14:paraId="000000BE">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Maths</w:t>
            </w:r>
          </w:p>
        </w:tc>
        <w:tc>
          <w:tcPr>
            <w:vMerge w:val="continue"/>
            <w:vAlign w:val="center"/>
          </w:tcPr>
          <w:p w:rsidR="00000000" w:rsidDel="00000000" w:rsidP="00000000" w:rsidRDefault="00000000" w:rsidRPr="00000000" w14:paraId="000000BF">
            <w:pPr>
              <w:widowControl w:val="0"/>
              <w:spacing w:line="276" w:lineRule="auto"/>
              <w:rPr>
                <w:rFonts w:ascii="Times New Roman" w:cs="Times New Roman" w:eastAsia="Times New Roman" w:hAnsi="Times New Roman"/>
                <w:b w:val="1"/>
              </w:rPr>
            </w:pPr>
            <w:r w:rsidDel="00000000" w:rsidR="00000000" w:rsidRPr="00000000">
              <w:rPr>
                <w:rtl w:val="0"/>
              </w:rPr>
            </w:r>
          </w:p>
        </w:tc>
        <w:tc>
          <w:tcPr>
            <w:vMerge w:val="continue"/>
            <w:vAlign w:val="center"/>
          </w:tcPr>
          <w:p w:rsidR="00000000" w:rsidDel="00000000" w:rsidP="00000000" w:rsidRDefault="00000000" w:rsidRPr="00000000" w14:paraId="000000C0">
            <w:pPr>
              <w:widowControl w:val="0"/>
              <w:spacing w:line="276" w:lineRule="auto"/>
              <w:rPr>
                <w:rFonts w:ascii="Times New Roman" w:cs="Times New Roman" w:eastAsia="Times New Roman" w:hAnsi="Times New Roman"/>
                <w:b w:val="1"/>
              </w:rPr>
            </w:pPr>
            <w:r w:rsidDel="00000000" w:rsidR="00000000" w:rsidRPr="00000000">
              <w:rPr>
                <w:rtl w:val="0"/>
              </w:rPr>
            </w:r>
          </w:p>
        </w:tc>
        <w:tc>
          <w:tcPr>
            <w:vAlign w:val="center"/>
          </w:tcPr>
          <w:p w:rsidR="00000000" w:rsidDel="00000000" w:rsidP="00000000" w:rsidRDefault="00000000" w:rsidRPr="00000000" w14:paraId="000000C1">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C2">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Acknowledgement marking as appropriate.</w:t>
            </w:r>
          </w:p>
          <w:p w:rsidR="00000000" w:rsidDel="00000000" w:rsidP="00000000" w:rsidRDefault="00000000" w:rsidRPr="00000000" w14:paraId="000000C3">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C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c </w:t>
            </w:r>
            <w:r w:rsidDel="00000000" w:rsidR="00000000" w:rsidRPr="00000000">
              <w:rPr>
                <w:rFonts w:ascii="Times New Roman" w:cs="Times New Roman" w:eastAsia="Times New Roman" w:hAnsi="Times New Roman"/>
                <w:sz w:val="16"/>
                <w:szCs w:val="16"/>
                <w:rtl w:val="0"/>
              </w:rPr>
              <w:t xml:space="preserve">used to highlight errors.</w:t>
            </w:r>
          </w:p>
          <w:p w:rsidR="00000000" w:rsidDel="00000000" w:rsidP="00000000" w:rsidRDefault="00000000" w:rsidRPr="00000000" w14:paraId="000000C5">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C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1-2 times per week: Developmental feedback given (see Section 3.4 for examples).</w:t>
            </w:r>
          </w:p>
          <w:p w:rsidR="00000000" w:rsidDel="00000000" w:rsidP="00000000" w:rsidRDefault="00000000" w:rsidRPr="00000000" w14:paraId="000000C7">
            <w:pPr>
              <w:rPr>
                <w:rFonts w:ascii="Times New Roman" w:cs="Times New Roman" w:eastAsia="Times New Roman" w:hAnsi="Times New Roman"/>
                <w:b w:val="1"/>
                <w:sz w:val="16"/>
                <w:szCs w:val="16"/>
              </w:rPr>
            </w:pPr>
            <w:r w:rsidDel="00000000" w:rsidR="00000000" w:rsidRPr="00000000">
              <w:rPr>
                <w:rtl w:val="0"/>
              </w:rPr>
            </w:r>
          </w:p>
        </w:tc>
      </w:tr>
      <w:tr>
        <w:trPr>
          <w:cantSplit w:val="0"/>
          <w:trHeight w:val="717" w:hRule="atLeast"/>
          <w:tblHeader w:val="0"/>
        </w:trPr>
        <w:tc>
          <w:tcPr>
            <w:vAlign w:val="center"/>
          </w:tcPr>
          <w:p w:rsidR="00000000" w:rsidDel="00000000" w:rsidP="00000000" w:rsidRDefault="00000000" w:rsidRPr="00000000" w14:paraId="000000C8">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Science</w:t>
            </w:r>
          </w:p>
        </w:tc>
        <w:tc>
          <w:tcPr>
            <w:vMerge w:val="continue"/>
            <w:vAlign w:val="center"/>
          </w:tcPr>
          <w:p w:rsidR="00000000" w:rsidDel="00000000" w:rsidP="00000000" w:rsidRDefault="00000000" w:rsidRPr="00000000" w14:paraId="000000C9">
            <w:pPr>
              <w:widowControl w:val="0"/>
              <w:spacing w:line="276" w:lineRule="auto"/>
              <w:rPr>
                <w:rFonts w:ascii="Times New Roman" w:cs="Times New Roman" w:eastAsia="Times New Roman" w:hAnsi="Times New Roman"/>
                <w:b w:val="1"/>
              </w:rPr>
            </w:pPr>
            <w:r w:rsidDel="00000000" w:rsidR="00000000" w:rsidRPr="00000000">
              <w:rPr>
                <w:rtl w:val="0"/>
              </w:rPr>
            </w:r>
          </w:p>
        </w:tc>
        <w:tc>
          <w:tcPr>
            <w:vMerge w:val="continue"/>
            <w:vAlign w:val="center"/>
          </w:tcPr>
          <w:p w:rsidR="00000000" w:rsidDel="00000000" w:rsidP="00000000" w:rsidRDefault="00000000" w:rsidRPr="00000000" w14:paraId="000000CA">
            <w:pPr>
              <w:widowControl w:val="0"/>
              <w:spacing w:line="276" w:lineRule="auto"/>
              <w:rPr>
                <w:rFonts w:ascii="Times New Roman" w:cs="Times New Roman" w:eastAsia="Times New Roman" w:hAnsi="Times New Roman"/>
                <w:b w:val="1"/>
              </w:rPr>
            </w:pPr>
            <w:r w:rsidDel="00000000" w:rsidR="00000000" w:rsidRPr="00000000">
              <w:rPr>
                <w:rtl w:val="0"/>
              </w:rPr>
            </w:r>
          </w:p>
        </w:tc>
        <w:tc>
          <w:tcPr>
            <w:vAlign w:val="center"/>
          </w:tcPr>
          <w:p w:rsidR="00000000" w:rsidDel="00000000" w:rsidP="00000000" w:rsidRDefault="00000000" w:rsidRPr="00000000" w14:paraId="000000CB">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C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Acknowledgement marking as appropriate.</w:t>
            </w:r>
          </w:p>
          <w:p w:rsidR="00000000" w:rsidDel="00000000" w:rsidP="00000000" w:rsidRDefault="00000000" w:rsidRPr="00000000" w14:paraId="000000CD">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CE">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High-frequency word written on a Post-It note for pupils to copy 3 times and re-use for continual review.</w:t>
            </w:r>
          </w:p>
          <w:p w:rsidR="00000000" w:rsidDel="00000000" w:rsidP="00000000" w:rsidRDefault="00000000" w:rsidRPr="00000000" w14:paraId="000000CF">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D0">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For extended writing:</w:t>
            </w:r>
          </w:p>
          <w:p w:rsidR="00000000" w:rsidDel="00000000" w:rsidP="00000000" w:rsidRDefault="00000000" w:rsidRPr="00000000" w14:paraId="000000D1">
            <w:pPr>
              <w:numPr>
                <w:ilvl w:val="0"/>
                <w:numId w:val="2"/>
              </w:numPr>
              <w:spacing w:line="259" w:lineRule="auto"/>
              <w:ind w:left="720"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Positives highlighted in green.</w:t>
            </w:r>
          </w:p>
          <w:p w:rsidR="00000000" w:rsidDel="00000000" w:rsidP="00000000" w:rsidRDefault="00000000" w:rsidRPr="00000000" w14:paraId="000000D2">
            <w:pPr>
              <w:numPr>
                <w:ilvl w:val="0"/>
                <w:numId w:val="2"/>
              </w:numPr>
              <w:spacing w:line="259" w:lineRule="auto"/>
              <w:ind w:left="720" w:hanging="360"/>
              <w:rPr>
                <w:sz w:val="16"/>
                <w:szCs w:val="16"/>
              </w:rPr>
            </w:pPr>
            <w:sdt>
              <w:sdtPr>
                <w:id w:val="1618806379"/>
                <w:tag w:val="goog_rdk_5"/>
              </w:sdtPr>
              <w:sdtContent>
                <w:r w:rsidDel="00000000" w:rsidR="00000000" w:rsidRPr="00000000">
                  <w:rPr>
                    <w:rFonts w:ascii="Cardo" w:cs="Cardo" w:eastAsia="Cardo" w:hAnsi="Cardo"/>
                    <w:sz w:val="16"/>
                    <w:szCs w:val="16"/>
                    <w:rtl w:val="0"/>
                  </w:rPr>
                  <w:t xml:space="preserve">→ indicates ‘even better if’ or next steps.</w:t>
                </w:r>
              </w:sdtContent>
            </w:sdt>
          </w:p>
          <w:p w:rsidR="00000000" w:rsidDel="00000000" w:rsidP="00000000" w:rsidRDefault="00000000" w:rsidRPr="00000000" w14:paraId="000000D3">
            <w:pPr>
              <w:numPr>
                <w:ilvl w:val="0"/>
                <w:numId w:val="2"/>
              </w:numPr>
              <w:spacing w:line="259" w:lineRule="auto"/>
              <w:ind w:left="720"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Pupils given</w:t>
            </w:r>
            <w:r w:rsidDel="00000000" w:rsidR="00000000" w:rsidRPr="00000000">
              <w:rPr>
                <w:rFonts w:ascii="Times New Roman" w:cs="Times New Roman" w:eastAsia="Times New Roman" w:hAnsi="Times New Roman"/>
                <w:sz w:val="16"/>
                <w:szCs w:val="16"/>
                <w:rtl w:val="0"/>
              </w:rPr>
              <w:t xml:space="preserve"> time to act on feedback in green. </w:t>
            </w:r>
          </w:p>
          <w:p w:rsidR="00000000" w:rsidDel="00000000" w:rsidP="00000000" w:rsidRDefault="00000000" w:rsidRPr="00000000" w14:paraId="000000D4">
            <w:pPr>
              <w:spacing w:line="259" w:lineRule="auto"/>
              <w:ind w:left="720" w:firstLine="0"/>
              <w:rPr>
                <w:rFonts w:ascii="Times New Roman" w:cs="Times New Roman" w:eastAsia="Times New Roman" w:hAnsi="Times New Roman"/>
                <w:sz w:val="16"/>
                <w:szCs w:val="16"/>
              </w:rPr>
            </w:pPr>
            <w:r w:rsidDel="00000000" w:rsidR="00000000" w:rsidRPr="00000000">
              <w:rPr>
                <w:rtl w:val="0"/>
              </w:rPr>
            </w:r>
          </w:p>
        </w:tc>
      </w:tr>
      <w:tr>
        <w:trPr>
          <w:cantSplit w:val="0"/>
          <w:trHeight w:val="1405" w:hRule="atLeast"/>
          <w:tblHeader w:val="0"/>
        </w:trPr>
        <w:tc>
          <w:tcPr>
            <w:vAlign w:val="center"/>
          </w:tcPr>
          <w:p w:rsidR="00000000" w:rsidDel="00000000" w:rsidP="00000000" w:rsidRDefault="00000000" w:rsidRPr="00000000" w14:paraId="000000D5">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Foundation subjects</w:t>
            </w:r>
          </w:p>
        </w:tc>
        <w:tc>
          <w:tcPr>
            <w:vMerge w:val="continue"/>
            <w:vAlign w:val="center"/>
          </w:tcPr>
          <w:p w:rsidR="00000000" w:rsidDel="00000000" w:rsidP="00000000" w:rsidRDefault="00000000" w:rsidRPr="00000000" w14:paraId="000000D6">
            <w:pPr>
              <w:widowControl w:val="0"/>
              <w:spacing w:line="276" w:lineRule="auto"/>
              <w:rPr>
                <w:rFonts w:ascii="Times New Roman" w:cs="Times New Roman" w:eastAsia="Times New Roman" w:hAnsi="Times New Roman"/>
                <w:b w:val="1"/>
              </w:rPr>
            </w:pPr>
            <w:r w:rsidDel="00000000" w:rsidR="00000000" w:rsidRPr="00000000">
              <w:rPr>
                <w:rtl w:val="0"/>
              </w:rPr>
            </w:r>
          </w:p>
        </w:tc>
        <w:tc>
          <w:tcPr>
            <w:vMerge w:val="continue"/>
            <w:vAlign w:val="center"/>
          </w:tcPr>
          <w:p w:rsidR="00000000" w:rsidDel="00000000" w:rsidP="00000000" w:rsidRDefault="00000000" w:rsidRPr="00000000" w14:paraId="000000D7">
            <w:pPr>
              <w:widowControl w:val="0"/>
              <w:spacing w:line="276" w:lineRule="auto"/>
              <w:rPr>
                <w:rFonts w:ascii="Times New Roman" w:cs="Times New Roman" w:eastAsia="Times New Roman" w:hAnsi="Times New Roman"/>
                <w:b w:val="1"/>
              </w:rPr>
            </w:pPr>
            <w:r w:rsidDel="00000000" w:rsidR="00000000" w:rsidRPr="00000000">
              <w:rPr>
                <w:rtl w:val="0"/>
              </w:rPr>
            </w:r>
          </w:p>
        </w:tc>
        <w:tc>
          <w:tcPr>
            <w:vAlign w:val="center"/>
          </w:tcPr>
          <w:p w:rsidR="00000000" w:rsidDel="00000000" w:rsidP="00000000" w:rsidRDefault="00000000" w:rsidRPr="00000000" w14:paraId="000000D8">
            <w:pPr>
              <w:spacing w:line="259"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D9">
            <w:pPr>
              <w:numPr>
                <w:ilvl w:val="0"/>
                <w:numId w:val="7"/>
              </w:numPr>
              <w:spacing w:line="259" w:lineRule="auto"/>
              <w:ind w:left="720" w:hanging="360"/>
              <w:jc w:val="both"/>
              <w:rPr>
                <w:sz w:val="16"/>
                <w:szCs w:val="16"/>
              </w:rPr>
            </w:pPr>
            <w:r w:rsidDel="00000000" w:rsidR="00000000" w:rsidRPr="00000000">
              <w:rPr>
                <w:rFonts w:ascii="Times New Roman" w:cs="Times New Roman" w:eastAsia="Times New Roman" w:hAnsi="Times New Roman"/>
                <w:sz w:val="16"/>
                <w:szCs w:val="16"/>
                <w:rtl w:val="0"/>
              </w:rPr>
              <w:t xml:space="preserve">Work marked with a tick and ‘next steps’ (--&gt;) criteria used if the teacher believes it is needed. </w:t>
            </w:r>
          </w:p>
          <w:p w:rsidR="00000000" w:rsidDel="00000000" w:rsidP="00000000" w:rsidRDefault="00000000" w:rsidRPr="00000000" w14:paraId="000000DA">
            <w:pPr>
              <w:numPr>
                <w:ilvl w:val="0"/>
                <w:numId w:val="7"/>
              </w:numPr>
              <w:spacing w:line="259" w:lineRule="auto"/>
              <w:ind w:left="720" w:hanging="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1-2 spelling errors will be addressed in foundation pieces of work and the children will respond to these by copying these words out three times. </w:t>
            </w:r>
          </w:p>
          <w:p w:rsidR="00000000" w:rsidDel="00000000" w:rsidP="00000000" w:rsidRDefault="00000000" w:rsidRPr="00000000" w14:paraId="000000DB">
            <w:pPr>
              <w:numPr>
                <w:ilvl w:val="0"/>
                <w:numId w:val="7"/>
              </w:numPr>
              <w:spacing w:line="259" w:lineRule="auto"/>
              <w:ind w:left="720" w:hanging="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Teachers/TAs should circulate during the start of the lesson to ensure words are being spelt correctly. </w:t>
            </w:r>
          </w:p>
          <w:p w:rsidR="00000000" w:rsidDel="00000000" w:rsidP="00000000" w:rsidRDefault="00000000" w:rsidRPr="00000000" w14:paraId="000000DC">
            <w:pPr>
              <w:numPr>
                <w:ilvl w:val="0"/>
                <w:numId w:val="7"/>
              </w:numPr>
              <w:spacing w:after="160" w:line="259" w:lineRule="auto"/>
              <w:ind w:left="720" w:hanging="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These spellings should be marked with a simple tick.</w:t>
            </w:r>
          </w:p>
        </w:tc>
      </w:tr>
    </w:tbl>
    <w:p w:rsidR="00000000" w:rsidDel="00000000" w:rsidP="00000000" w:rsidRDefault="00000000" w:rsidRPr="00000000" w14:paraId="000000DD">
      <w:pPr>
        <w:spacing w:after="160" w:line="240" w:lineRule="auto"/>
        <w:jc w:val="both"/>
        <w:rPr>
          <w:rFonts w:ascii="Times New Roman" w:cs="Times New Roman" w:eastAsia="Times New Roman" w:hAnsi="Times New Roman"/>
          <w:b w:val="1"/>
          <w:color w:val="4f81bd"/>
          <w:sz w:val="26"/>
          <w:szCs w:val="26"/>
        </w:rPr>
      </w:pPr>
      <w:r w:rsidDel="00000000" w:rsidR="00000000" w:rsidRPr="00000000">
        <w:rPr>
          <w:rFonts w:ascii="Times New Roman" w:cs="Times New Roman" w:eastAsia="Times New Roman" w:hAnsi="Times New Roman"/>
          <w:b w:val="1"/>
          <w:color w:val="4f81bd"/>
          <w:sz w:val="26"/>
          <w:szCs w:val="26"/>
          <w:rtl w:val="0"/>
        </w:rPr>
        <w:t xml:space="preserve">Appendix 2: Marking codes</w:t>
      </w:r>
    </w:p>
    <w:p w:rsidR="00000000" w:rsidDel="00000000" w:rsidP="00000000" w:rsidRDefault="00000000" w:rsidRPr="00000000" w14:paraId="000000DE">
      <w:pPr>
        <w:numPr>
          <w:ilvl w:val="0"/>
          <w:numId w:val="10"/>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be used in Key Stage 1 by ringing the mistake and placing the code above it.</w:t>
      </w:r>
    </w:p>
    <w:p w:rsidR="00000000" w:rsidDel="00000000" w:rsidP="00000000" w:rsidRDefault="00000000" w:rsidRPr="00000000" w14:paraId="000000DF">
      <w:pPr>
        <w:numPr>
          <w:ilvl w:val="0"/>
          <w:numId w:val="10"/>
        </w:numPr>
        <w:spacing w:after="16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be used in Key Stage 2 within the margin. Year 2 will transition to this in the Summer Term.</w:t>
      </w:r>
    </w:p>
    <w:p w:rsidR="00000000" w:rsidDel="00000000" w:rsidP="00000000" w:rsidRDefault="00000000" w:rsidRPr="00000000" w14:paraId="000000E0">
      <w:pPr>
        <w:spacing w:after="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coding must be available to children and staff in the classroom and exercise books to check regularly. Review marking should be completed neatly in red pen using the agreed school script.</w:t>
      </w:r>
    </w:p>
    <w:tbl>
      <w:tblPr>
        <w:tblStyle w:val="Table5"/>
        <w:tblW w:w="961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0"/>
        <w:gridCol w:w="7785"/>
        <w:tblGridChange w:id="0">
          <w:tblGrid>
            <w:gridCol w:w="1830"/>
            <w:gridCol w:w="7785"/>
          </w:tblGrid>
        </w:tblGridChange>
      </w:tblGrid>
      <w:tr>
        <w:trPr>
          <w:cantSplit w:val="0"/>
          <w:tblHeader w:val="0"/>
        </w:trPr>
        <w:tc>
          <w:tcPr>
            <w:shd w:fill="002060" w:val="clear"/>
            <w:vAlign w:val="center"/>
          </w:tcPr>
          <w:p w:rsidR="00000000" w:rsidDel="00000000" w:rsidP="00000000" w:rsidRDefault="00000000" w:rsidRPr="00000000" w14:paraId="000000E1">
            <w:pPr>
              <w:jc w:val="both"/>
              <w:rPr>
                <w:rFonts w:ascii="Comic Sans MS" w:cs="Comic Sans MS" w:eastAsia="Comic Sans MS" w:hAnsi="Comic Sans MS"/>
                <w:color w:val="ffffff"/>
                <w:sz w:val="26"/>
                <w:szCs w:val="26"/>
              </w:rPr>
            </w:pPr>
            <w:r w:rsidDel="00000000" w:rsidR="00000000" w:rsidRPr="00000000">
              <w:rPr>
                <w:rFonts w:ascii="Comic Sans MS" w:cs="Comic Sans MS" w:eastAsia="Comic Sans MS" w:hAnsi="Comic Sans MS"/>
                <w:color w:val="ffffff"/>
                <w:sz w:val="26"/>
                <w:szCs w:val="26"/>
                <w:rtl w:val="0"/>
              </w:rPr>
              <w:t xml:space="preserve">Symbol</w:t>
            </w:r>
          </w:p>
        </w:tc>
        <w:tc>
          <w:tcPr>
            <w:shd w:fill="002060" w:val="clear"/>
            <w:vAlign w:val="center"/>
          </w:tcPr>
          <w:p w:rsidR="00000000" w:rsidDel="00000000" w:rsidP="00000000" w:rsidRDefault="00000000" w:rsidRPr="00000000" w14:paraId="000000E2">
            <w:pPr>
              <w:jc w:val="both"/>
              <w:rPr>
                <w:rFonts w:ascii="Comic Sans MS" w:cs="Comic Sans MS" w:eastAsia="Comic Sans MS" w:hAnsi="Comic Sans MS"/>
                <w:color w:val="ffffff"/>
                <w:sz w:val="26"/>
                <w:szCs w:val="26"/>
              </w:rPr>
            </w:pPr>
            <w:r w:rsidDel="00000000" w:rsidR="00000000" w:rsidRPr="00000000">
              <w:rPr>
                <w:rFonts w:ascii="Comic Sans MS" w:cs="Comic Sans MS" w:eastAsia="Comic Sans MS" w:hAnsi="Comic Sans MS"/>
                <w:color w:val="ffffff"/>
                <w:sz w:val="26"/>
                <w:szCs w:val="26"/>
                <w:rtl w:val="0"/>
              </w:rPr>
              <w:t xml:space="preserve">Meaning</w:t>
            </w:r>
          </w:p>
        </w:tc>
      </w:tr>
      <w:tr>
        <w:trPr>
          <w:cantSplit w:val="0"/>
          <w:tblHeader w:val="0"/>
        </w:trPr>
        <w:tc>
          <w:tcPr>
            <w:shd w:fill="auto" w:val="clear"/>
            <w:vAlign w:val="center"/>
          </w:tcPr>
          <w:p w:rsidR="00000000" w:rsidDel="00000000" w:rsidP="00000000" w:rsidRDefault="00000000" w:rsidRPr="00000000" w14:paraId="000000E3">
            <w:pPr>
              <w:jc w:val="both"/>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P </w:t>
            </w:r>
          </w:p>
        </w:tc>
        <w:tc>
          <w:tcPr>
            <w:shd w:fill="auto" w:val="clear"/>
            <w:vAlign w:val="center"/>
          </w:tcPr>
          <w:p w:rsidR="00000000" w:rsidDel="00000000" w:rsidP="00000000" w:rsidRDefault="00000000" w:rsidRPr="00000000" w14:paraId="000000E4">
            <w:pPr>
              <w:jc w:val="both"/>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Correct punctuation (sometimes accompanied by </w:t>
            </w:r>
            <w:r w:rsidDel="00000000" w:rsidR="00000000" w:rsidRPr="00000000">
              <w:rPr>
                <w:rFonts w:ascii="Comic Sans MS" w:cs="Comic Sans MS" w:eastAsia="Comic Sans MS" w:hAnsi="Comic Sans MS"/>
                <w:sz w:val="28"/>
                <w:szCs w:val="28"/>
                <w:rtl w:val="0"/>
              </w:rPr>
              <w:t xml:space="preserve">clue</w:t>
            </w:r>
            <w:r w:rsidDel="00000000" w:rsidR="00000000" w:rsidRPr="00000000">
              <w:rPr>
                <w:rFonts w:ascii="Comic Sans MS" w:cs="Comic Sans MS" w:eastAsia="Comic Sans MS" w:hAnsi="Comic Sans MS"/>
                <w:sz w:val="28"/>
                <w:szCs w:val="28"/>
                <w:rtl w:val="0"/>
              </w:rPr>
              <w:t xml:space="preserve"> e.g . ! ? ‘ ,  : ; “ ).</w:t>
            </w:r>
          </w:p>
        </w:tc>
      </w:tr>
      <w:tr>
        <w:trPr>
          <w:cantSplit w:val="0"/>
          <w:tblHeader w:val="0"/>
        </w:trPr>
        <w:tc>
          <w:tcPr>
            <w:shd w:fill="ccecff" w:val="clear"/>
            <w:vAlign w:val="center"/>
          </w:tcPr>
          <w:p w:rsidR="00000000" w:rsidDel="00000000" w:rsidP="00000000" w:rsidRDefault="00000000" w:rsidRPr="00000000" w14:paraId="000000E5">
            <w:pPr>
              <w:jc w:val="both"/>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CL</w:t>
            </w:r>
          </w:p>
        </w:tc>
        <w:tc>
          <w:tcPr>
            <w:shd w:fill="ccecff" w:val="clear"/>
            <w:vAlign w:val="center"/>
          </w:tcPr>
          <w:p w:rsidR="00000000" w:rsidDel="00000000" w:rsidP="00000000" w:rsidRDefault="00000000" w:rsidRPr="00000000" w14:paraId="000000E6">
            <w:pPr>
              <w:jc w:val="both"/>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Capital Letter needed.</w:t>
            </w:r>
          </w:p>
        </w:tc>
      </w:tr>
      <w:tr>
        <w:trPr>
          <w:cantSplit w:val="0"/>
          <w:tblHeader w:val="0"/>
        </w:trPr>
        <w:tc>
          <w:tcPr>
            <w:shd w:fill="auto" w:val="clear"/>
            <w:vAlign w:val="center"/>
          </w:tcPr>
          <w:p w:rsidR="00000000" w:rsidDel="00000000" w:rsidP="00000000" w:rsidRDefault="00000000" w:rsidRPr="00000000" w14:paraId="000000E7">
            <w:pPr>
              <w:jc w:val="both"/>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G</w:t>
            </w:r>
          </w:p>
        </w:tc>
        <w:tc>
          <w:tcPr>
            <w:shd w:fill="auto" w:val="clear"/>
            <w:vAlign w:val="center"/>
          </w:tcPr>
          <w:p w:rsidR="00000000" w:rsidDel="00000000" w:rsidP="00000000" w:rsidRDefault="00000000" w:rsidRPr="00000000" w14:paraId="000000E8">
            <w:pPr>
              <w:jc w:val="both"/>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Correct the grammar.</w:t>
            </w:r>
          </w:p>
        </w:tc>
      </w:tr>
      <w:tr>
        <w:trPr>
          <w:cantSplit w:val="0"/>
          <w:tblHeader w:val="0"/>
        </w:trPr>
        <w:tc>
          <w:tcPr>
            <w:shd w:fill="ccecff" w:val="clear"/>
            <w:vAlign w:val="center"/>
          </w:tcPr>
          <w:p w:rsidR="00000000" w:rsidDel="00000000" w:rsidP="00000000" w:rsidRDefault="00000000" w:rsidRPr="00000000" w14:paraId="000000E9">
            <w:pPr>
              <w:jc w:val="both"/>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SP.</w:t>
            </w:r>
          </w:p>
        </w:tc>
        <w:tc>
          <w:tcPr>
            <w:shd w:fill="ccecff" w:val="clear"/>
            <w:vAlign w:val="center"/>
          </w:tcPr>
          <w:p w:rsidR="00000000" w:rsidDel="00000000" w:rsidP="00000000" w:rsidRDefault="00000000" w:rsidRPr="00000000" w14:paraId="000000EA">
            <w:pPr>
              <w:jc w:val="both"/>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Correct the spelling.</w:t>
            </w:r>
          </w:p>
        </w:tc>
      </w:tr>
      <w:tr>
        <w:trPr>
          <w:cantSplit w:val="0"/>
          <w:tblHeader w:val="0"/>
        </w:trPr>
        <w:tc>
          <w:tcPr>
            <w:shd w:fill="auto" w:val="clear"/>
            <w:vAlign w:val="center"/>
          </w:tcPr>
          <w:p w:rsidR="00000000" w:rsidDel="00000000" w:rsidP="00000000" w:rsidRDefault="00000000" w:rsidRPr="00000000" w14:paraId="000000EB">
            <w:pPr>
              <w:jc w:val="both"/>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V</w:t>
            </w:r>
          </w:p>
        </w:tc>
        <w:tc>
          <w:tcPr>
            <w:shd w:fill="auto" w:val="clear"/>
            <w:vAlign w:val="center"/>
          </w:tcPr>
          <w:p w:rsidR="00000000" w:rsidDel="00000000" w:rsidP="00000000" w:rsidRDefault="00000000" w:rsidRPr="00000000" w14:paraId="000000EC">
            <w:pPr>
              <w:jc w:val="both"/>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Improve vocabulary.</w:t>
            </w:r>
          </w:p>
        </w:tc>
      </w:tr>
      <w:tr>
        <w:trPr>
          <w:cantSplit w:val="0"/>
          <w:tblHeader w:val="0"/>
        </w:trPr>
        <w:tc>
          <w:tcPr>
            <w:shd w:fill="ccecff" w:val="clear"/>
            <w:vAlign w:val="center"/>
          </w:tcPr>
          <w:p w:rsidR="00000000" w:rsidDel="00000000" w:rsidP="00000000" w:rsidRDefault="00000000" w:rsidRPr="00000000" w14:paraId="000000ED">
            <w:pPr>
              <w:jc w:val="both"/>
              <w:rPr>
                <w:rFonts w:ascii="Comic Sans MS" w:cs="Comic Sans MS" w:eastAsia="Comic Sans MS" w:hAnsi="Comic Sans MS"/>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38100</wp:posOffset>
                      </wp:positionV>
                      <wp:extent cx="428625" cy="339090"/>
                      <wp:effectExtent b="0" l="0" r="0" t="0"/>
                      <wp:wrapNone/>
                      <wp:docPr id="3" name=""/>
                      <a:graphic>
                        <a:graphicData uri="http://schemas.microsoft.com/office/word/2010/wordprocessingShape">
                          <wps:wsp>
                            <wps:cNvSpPr/>
                            <wps:cNvPr id="3" name="Shape 3"/>
                            <wps:spPr>
                              <a:xfrm>
                                <a:off x="5136450" y="3615218"/>
                                <a:ext cx="419100" cy="329565"/>
                              </a:xfrm>
                              <a:custGeom>
                                <a:rect b="b" l="l" r="r" t="t"/>
                                <a:pathLst>
                                  <a:path extrusionOk="0" h="179882" w="194872">
                                    <a:moveTo>
                                      <a:pt x="0" y="179882"/>
                                    </a:moveTo>
                                    <a:lnTo>
                                      <a:pt x="104931" y="0"/>
                                    </a:lnTo>
                                    <a:lnTo>
                                      <a:pt x="194872" y="179882"/>
                                    </a:lnTo>
                                    <a:lnTo>
                                      <a:pt x="194872" y="179882"/>
                                    </a:lnTo>
                                    <a:lnTo>
                                      <a:pt x="194872" y="179882"/>
                                    </a:lnTo>
                                  </a:path>
                                </a:pathLst>
                              </a:cu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38100</wp:posOffset>
                      </wp:positionV>
                      <wp:extent cx="428625" cy="339090"/>
                      <wp:effectExtent b="0" l="0" r="0" t="0"/>
                      <wp:wrapNone/>
                      <wp:docPr id="3" name="image28.png"/>
                      <a:graphic>
                        <a:graphicData uri="http://schemas.openxmlformats.org/drawingml/2006/picture">
                          <pic:pic>
                            <pic:nvPicPr>
                              <pic:cNvPr id="0" name="image28.png"/>
                              <pic:cNvPicPr preferRelativeResize="0"/>
                            </pic:nvPicPr>
                            <pic:blipFill>
                              <a:blip r:embed="rId10"/>
                              <a:srcRect/>
                              <a:stretch>
                                <a:fillRect/>
                              </a:stretch>
                            </pic:blipFill>
                            <pic:spPr>
                              <a:xfrm>
                                <a:off x="0" y="0"/>
                                <a:ext cx="428625" cy="339090"/>
                              </a:xfrm>
                              <a:prstGeom prst="rect"/>
                              <a:ln/>
                            </pic:spPr>
                          </pic:pic>
                        </a:graphicData>
                      </a:graphic>
                    </wp:anchor>
                  </w:drawing>
                </mc:Fallback>
              </mc:AlternateContent>
            </w:r>
          </w:p>
          <w:p w:rsidR="00000000" w:rsidDel="00000000" w:rsidP="00000000" w:rsidRDefault="00000000" w:rsidRPr="00000000" w14:paraId="000000EE">
            <w:pPr>
              <w:jc w:val="both"/>
              <w:rPr>
                <w:rFonts w:ascii="Comic Sans MS" w:cs="Comic Sans MS" w:eastAsia="Comic Sans MS" w:hAnsi="Comic Sans MS"/>
                <w:sz w:val="28"/>
                <w:szCs w:val="28"/>
              </w:rPr>
            </w:pPr>
            <w:r w:rsidDel="00000000" w:rsidR="00000000" w:rsidRPr="00000000">
              <w:rPr>
                <w:rtl w:val="0"/>
              </w:rPr>
            </w:r>
          </w:p>
        </w:tc>
        <w:tc>
          <w:tcPr>
            <w:shd w:fill="ccecff" w:val="clear"/>
            <w:vAlign w:val="center"/>
          </w:tcPr>
          <w:p w:rsidR="00000000" w:rsidDel="00000000" w:rsidP="00000000" w:rsidRDefault="00000000" w:rsidRPr="00000000" w14:paraId="000000EF">
            <w:pPr>
              <w:jc w:val="both"/>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Add in the omitted word.</w:t>
            </w:r>
          </w:p>
        </w:tc>
      </w:tr>
      <w:tr>
        <w:trPr>
          <w:cantSplit w:val="0"/>
          <w:tblHeader w:val="0"/>
        </w:trPr>
        <w:tc>
          <w:tcPr>
            <w:shd w:fill="ffffff" w:val="clear"/>
            <w:vAlign w:val="center"/>
          </w:tcPr>
          <w:p w:rsidR="00000000" w:rsidDel="00000000" w:rsidP="00000000" w:rsidRDefault="00000000" w:rsidRPr="00000000" w14:paraId="000000F0">
            <w:pPr>
              <w:jc w:val="both"/>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w:t>
            </w:r>
          </w:p>
        </w:tc>
        <w:tc>
          <w:tcPr>
            <w:shd w:fill="ffffff" w:val="clear"/>
            <w:vAlign w:val="center"/>
          </w:tcPr>
          <w:p w:rsidR="00000000" w:rsidDel="00000000" w:rsidP="00000000" w:rsidRDefault="00000000" w:rsidRPr="00000000" w14:paraId="000000F1">
            <w:pPr>
              <w:jc w:val="both"/>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Finger space is required.</w:t>
            </w:r>
          </w:p>
        </w:tc>
      </w:tr>
      <w:tr>
        <w:trPr>
          <w:cantSplit w:val="0"/>
          <w:tblHeader w:val="0"/>
        </w:trPr>
        <w:tc>
          <w:tcPr>
            <w:shd w:fill="ccecff" w:val="clear"/>
            <w:vAlign w:val="center"/>
          </w:tcPr>
          <w:p w:rsidR="00000000" w:rsidDel="00000000" w:rsidP="00000000" w:rsidRDefault="00000000" w:rsidRPr="00000000" w14:paraId="000000F2">
            <w:pPr>
              <w:jc w:val="both"/>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 NP</w:t>
            </w:r>
          </w:p>
        </w:tc>
        <w:tc>
          <w:tcPr>
            <w:shd w:fill="ccecff" w:val="clear"/>
            <w:vAlign w:val="center"/>
          </w:tcPr>
          <w:p w:rsidR="00000000" w:rsidDel="00000000" w:rsidP="00000000" w:rsidRDefault="00000000" w:rsidRPr="00000000" w14:paraId="000000F3">
            <w:pPr>
              <w:jc w:val="both"/>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Insert to show where a new paragraph should have been.</w:t>
            </w:r>
          </w:p>
        </w:tc>
      </w:tr>
      <w:tr>
        <w:trPr>
          <w:cantSplit w:val="0"/>
          <w:tblHeader w:val="0"/>
        </w:trPr>
        <w:tc>
          <w:tcPr>
            <w:shd w:fill="ccecff" w:val="clear"/>
            <w:vAlign w:val="center"/>
          </w:tcPr>
          <w:p w:rsidR="00000000" w:rsidDel="00000000" w:rsidP="00000000" w:rsidRDefault="00000000" w:rsidRPr="00000000" w14:paraId="000000F4">
            <w:pPr>
              <w:jc w:val="both"/>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highlight w:val="green"/>
                <w:rtl w:val="0"/>
              </w:rPr>
              <w:t xml:space="preserve">green highlighted bar</w:t>
            </w:r>
            <w:r w:rsidDel="00000000" w:rsidR="00000000" w:rsidRPr="00000000">
              <w:rPr>
                <w:rtl w:val="0"/>
              </w:rPr>
            </w:r>
          </w:p>
        </w:tc>
        <w:tc>
          <w:tcPr>
            <w:shd w:fill="ccecff" w:val="clear"/>
            <w:vAlign w:val="center"/>
          </w:tcPr>
          <w:p w:rsidR="00000000" w:rsidDel="00000000" w:rsidP="00000000" w:rsidRDefault="00000000" w:rsidRPr="00000000" w14:paraId="000000F5">
            <w:pPr>
              <w:jc w:val="both"/>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Impressive punctuation, vocabulary, conjunction, genre specific example.</w:t>
            </w:r>
          </w:p>
        </w:tc>
      </w:tr>
      <w:tr>
        <w:trPr>
          <w:cantSplit w:val="0"/>
          <w:tblHeader w:val="0"/>
        </w:trPr>
        <w:tc>
          <w:tcPr>
            <w:shd w:fill="ffffff" w:val="clear"/>
            <w:vAlign w:val="center"/>
          </w:tcPr>
          <w:p w:rsidR="00000000" w:rsidDel="00000000" w:rsidP="00000000" w:rsidRDefault="00000000" w:rsidRPr="00000000" w14:paraId="000000F6">
            <w:pPr>
              <w:jc w:val="both"/>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 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101600</wp:posOffset>
                      </wp:positionV>
                      <wp:extent cx="389744" cy="25400"/>
                      <wp:effectExtent b="0" l="0" r="0" t="0"/>
                      <wp:wrapNone/>
                      <wp:docPr id="2" name=""/>
                      <a:graphic>
                        <a:graphicData uri="http://schemas.microsoft.com/office/word/2010/wordprocessingShape">
                          <wps:wsp>
                            <wps:cNvCnPr/>
                            <wps:spPr>
                              <a:xfrm>
                                <a:off x="5151128" y="3780000"/>
                                <a:ext cx="389744" cy="0"/>
                              </a:xfrm>
                              <a:prstGeom prst="straightConnector1">
                                <a:avLst/>
                              </a:prstGeom>
                              <a:noFill/>
                              <a:ln cap="flat" cmpd="sng" w="9525">
                                <a:solidFill>
                                  <a:schemeClr val="dk1"/>
                                </a:solidFill>
                                <a:prstDash val="solid"/>
                                <a:miter lim="800000"/>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101600</wp:posOffset>
                      </wp:positionV>
                      <wp:extent cx="389744" cy="25400"/>
                      <wp:effectExtent b="0" l="0" r="0" t="0"/>
                      <wp:wrapNone/>
                      <wp:docPr id="2" name="image27.png"/>
                      <a:graphic>
                        <a:graphicData uri="http://schemas.openxmlformats.org/drawingml/2006/picture">
                          <pic:pic>
                            <pic:nvPicPr>
                              <pic:cNvPr id="0" name="image27.png"/>
                              <pic:cNvPicPr preferRelativeResize="0"/>
                            </pic:nvPicPr>
                            <pic:blipFill>
                              <a:blip r:embed="rId10"/>
                              <a:srcRect/>
                              <a:stretch>
                                <a:fillRect/>
                              </a:stretch>
                            </pic:blipFill>
                            <pic:spPr>
                              <a:xfrm>
                                <a:off x="0" y="0"/>
                                <a:ext cx="389744" cy="25400"/>
                              </a:xfrm>
                              <a:prstGeom prst="rect"/>
                              <a:ln/>
                            </pic:spPr>
                          </pic:pic>
                        </a:graphicData>
                      </a:graphic>
                    </wp:anchor>
                  </w:drawing>
                </mc:Fallback>
              </mc:AlternateContent>
            </w:r>
          </w:p>
        </w:tc>
        <w:tc>
          <w:tcPr>
            <w:shd w:fill="ffffff" w:val="clear"/>
            <w:vAlign w:val="center"/>
          </w:tcPr>
          <w:p w:rsidR="00000000" w:rsidDel="00000000" w:rsidP="00000000" w:rsidRDefault="00000000" w:rsidRPr="00000000" w14:paraId="000000F7">
            <w:pPr>
              <w:jc w:val="both"/>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Identifies a section that does not make sense or needs editing and improving.</w:t>
            </w:r>
          </w:p>
        </w:tc>
      </w:tr>
    </w:tbl>
    <w:p w:rsidR="00000000" w:rsidDel="00000000" w:rsidP="00000000" w:rsidRDefault="00000000" w:rsidRPr="00000000" w14:paraId="000000F8">
      <w:pPr>
        <w:spacing w:after="160" w:line="24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F9">
      <w:pPr>
        <w:spacing w:after="160" w:line="240" w:lineRule="auto"/>
        <w:jc w:val="both"/>
        <w:rPr>
          <w:rFonts w:ascii="Times New Roman" w:cs="Times New Roman" w:eastAsia="Times New Roman" w:hAnsi="Times New Roman"/>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FA">
      <w:pPr>
        <w:spacing w:after="160" w:line="240" w:lineRule="auto"/>
        <w:jc w:val="both"/>
        <w:rPr>
          <w:rFonts w:ascii="Times New Roman" w:cs="Times New Roman" w:eastAsia="Times New Roman" w:hAnsi="Times New Roman"/>
          <w:b w:val="1"/>
          <w:color w:val="4f81bd"/>
          <w:sz w:val="26"/>
          <w:szCs w:val="26"/>
        </w:rPr>
      </w:pPr>
      <w:r w:rsidDel="00000000" w:rsidR="00000000" w:rsidRPr="00000000">
        <w:rPr>
          <w:rFonts w:ascii="Times New Roman" w:cs="Times New Roman" w:eastAsia="Times New Roman" w:hAnsi="Times New Roman"/>
          <w:b w:val="1"/>
          <w:color w:val="4f81bd"/>
          <w:sz w:val="26"/>
          <w:szCs w:val="26"/>
          <w:rtl w:val="0"/>
        </w:rPr>
        <w:t xml:space="preserve">Appendix 3: Success Criteria Tick Grid (KS1/2 - used for all pieces of extended writing)</w:t>
      </w:r>
    </w:p>
    <w:p w:rsidR="00000000" w:rsidDel="00000000" w:rsidP="00000000" w:rsidRDefault="00000000" w:rsidRPr="00000000" w14:paraId="000000FB">
      <w:pPr>
        <w:spacing w:after="160" w:line="240" w:lineRule="auto"/>
        <w:jc w:val="both"/>
        <w:rPr>
          <w:rFonts w:ascii="Times New Roman" w:cs="Times New Roman" w:eastAsia="Times New Roman" w:hAnsi="Times New Roman"/>
          <w:b w:val="1"/>
          <w:color w:val="4f81bd"/>
          <w:sz w:val="26"/>
          <w:szCs w:val="26"/>
        </w:rPr>
      </w:pPr>
      <w:r w:rsidDel="00000000" w:rsidR="00000000" w:rsidRPr="00000000">
        <w:rPr>
          <w:rtl w:val="0"/>
        </w:rPr>
      </w:r>
    </w:p>
    <w:tbl>
      <w:tblPr>
        <w:tblStyle w:val="Table6"/>
        <w:tblW w:w="901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55"/>
        <w:gridCol w:w="2070"/>
        <w:gridCol w:w="1890"/>
        <w:tblGridChange w:id="0">
          <w:tblGrid>
            <w:gridCol w:w="5055"/>
            <w:gridCol w:w="2070"/>
            <w:gridCol w:w="1890"/>
          </w:tblGrid>
        </w:tblGridChange>
      </w:tblGrid>
      <w:tr>
        <w:trPr>
          <w:cantSplit w:val="0"/>
          <w:tblHeader w:val="0"/>
        </w:trPr>
        <w:tc>
          <w:tcPr/>
          <w:p w:rsidR="00000000" w:rsidDel="00000000" w:rsidP="00000000" w:rsidRDefault="00000000" w:rsidRPr="00000000" w14:paraId="000000FC">
            <w:pPr>
              <w:jc w:val="both"/>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Task</w:t>
            </w:r>
            <w:r w:rsidDel="00000000" w:rsidR="00000000" w:rsidRPr="00000000">
              <w:rPr>
                <w:rtl w:val="0"/>
              </w:rPr>
            </w:r>
          </w:p>
          <w:p w:rsidR="00000000" w:rsidDel="00000000" w:rsidP="00000000" w:rsidRDefault="00000000" w:rsidRPr="00000000" w14:paraId="000000FD">
            <w:pPr>
              <w:jc w:val="both"/>
              <w:rPr>
                <w:rFonts w:ascii="Comic Sans MS" w:cs="Comic Sans MS" w:eastAsia="Comic Sans MS" w:hAnsi="Comic Sans MS"/>
              </w:rPr>
            </w:pPr>
            <w:r w:rsidDel="00000000" w:rsidR="00000000" w:rsidRPr="00000000">
              <w:rPr>
                <w:rtl w:val="0"/>
              </w:rPr>
            </w:r>
          </w:p>
        </w:tc>
        <w:tc>
          <w:tcPr>
            <w:gridSpan w:val="2"/>
          </w:tcPr>
          <w:p w:rsidR="00000000" w:rsidDel="00000000" w:rsidP="00000000" w:rsidRDefault="00000000" w:rsidRPr="00000000" w14:paraId="000000FE">
            <w:pPr>
              <w:jc w:val="both"/>
              <w:rPr>
                <w:rFonts w:ascii="Comic Sans MS" w:cs="Comic Sans MS" w:eastAsia="Comic Sans MS" w:hAnsi="Comic Sans MS"/>
              </w:rPr>
            </w:pPr>
            <w:sdt>
              <w:sdtPr>
                <w:id w:val="-1792202951"/>
                <w:tag w:val="goog_rdk_6"/>
              </w:sdtPr>
              <w:sdtContent>
                <w:r w:rsidDel="00000000" w:rsidR="00000000" w:rsidRPr="00000000">
                  <w:rPr>
                    <w:rFonts w:ascii="Nova Mono" w:cs="Nova Mono" w:eastAsia="Nova Mono" w:hAnsi="Nova Mono"/>
                    <w:rtl w:val="0"/>
                  </w:rPr>
                  <w:t xml:space="preserve">Supported work                ⬜</w:t>
                </w:r>
              </w:sdtContent>
            </w:sdt>
          </w:p>
          <w:p w:rsidR="00000000" w:rsidDel="00000000" w:rsidP="00000000" w:rsidRDefault="00000000" w:rsidRPr="00000000" w14:paraId="000000FF">
            <w:pPr>
              <w:jc w:val="both"/>
              <w:rPr>
                <w:rFonts w:ascii="Comic Sans MS" w:cs="Comic Sans MS" w:eastAsia="Comic Sans MS" w:hAnsi="Comic Sans MS"/>
              </w:rPr>
            </w:pPr>
            <w:sdt>
              <w:sdtPr>
                <w:id w:val="-826744065"/>
                <w:tag w:val="goog_rdk_7"/>
              </w:sdtPr>
              <w:sdtContent>
                <w:r w:rsidDel="00000000" w:rsidR="00000000" w:rsidRPr="00000000">
                  <w:rPr>
                    <w:rFonts w:ascii="Nova Mono" w:cs="Nova Mono" w:eastAsia="Nova Mono" w:hAnsi="Nova Mono"/>
                    <w:rtl w:val="0"/>
                  </w:rPr>
                  <w:t xml:space="preserve">Independent work             ⬜</w:t>
                </w:r>
              </w:sdtContent>
            </w:sdt>
          </w:p>
          <w:p w:rsidR="00000000" w:rsidDel="00000000" w:rsidP="00000000" w:rsidRDefault="00000000" w:rsidRPr="00000000" w14:paraId="00000100">
            <w:pPr>
              <w:jc w:val="both"/>
              <w:rPr>
                <w:rFonts w:ascii="Comic Sans MS" w:cs="Comic Sans MS" w:eastAsia="Comic Sans MS" w:hAnsi="Comic Sans MS"/>
              </w:rPr>
            </w:pPr>
            <w:sdt>
              <w:sdtPr>
                <w:id w:val="-663777236"/>
                <w:tag w:val="goog_rdk_8"/>
              </w:sdtPr>
              <w:sdtContent>
                <w:r w:rsidDel="00000000" w:rsidR="00000000" w:rsidRPr="00000000">
                  <w:rPr>
                    <w:rFonts w:ascii="Nova Mono" w:cs="Nova Mono" w:eastAsia="Nova Mono" w:hAnsi="Nova Mono"/>
                    <w:rtl w:val="0"/>
                  </w:rPr>
                  <w:t xml:space="preserve">Verbal feedback given      ⬜</w:t>
                </w:r>
              </w:sdtContent>
            </w:sdt>
          </w:p>
        </w:tc>
      </w:tr>
      <w:tr>
        <w:trPr>
          <w:cantSplit w:val="0"/>
          <w:tblHeader w:val="0"/>
        </w:trPr>
        <w:tc>
          <w:tcPr/>
          <w:p w:rsidR="00000000" w:rsidDel="00000000" w:rsidP="00000000" w:rsidRDefault="00000000" w:rsidRPr="00000000" w14:paraId="00000102">
            <w:pPr>
              <w:jc w:val="both"/>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Success Criteria</w:t>
            </w:r>
          </w:p>
        </w:tc>
        <w:tc>
          <w:tcPr/>
          <w:p w:rsidR="00000000" w:rsidDel="00000000" w:rsidP="00000000" w:rsidRDefault="00000000" w:rsidRPr="00000000" w14:paraId="00000103">
            <w:pPr>
              <w:jc w:val="both"/>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Self</w:t>
            </w:r>
          </w:p>
        </w:tc>
        <w:tc>
          <w:tcPr/>
          <w:p w:rsidR="00000000" w:rsidDel="00000000" w:rsidP="00000000" w:rsidRDefault="00000000" w:rsidRPr="00000000" w14:paraId="00000104">
            <w:pPr>
              <w:jc w:val="both"/>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Teacher</w:t>
            </w:r>
          </w:p>
        </w:tc>
      </w:tr>
      <w:tr>
        <w:trPr>
          <w:cantSplit w:val="0"/>
          <w:tblHeader w:val="0"/>
        </w:trPr>
        <w:tc>
          <w:tcPr/>
          <w:p w:rsidR="00000000" w:rsidDel="00000000" w:rsidP="00000000" w:rsidRDefault="00000000" w:rsidRPr="00000000" w14:paraId="00000105">
            <w:pPr>
              <w:jc w:val="both"/>
              <w:rPr>
                <w:rFonts w:ascii="Comic Sans MS" w:cs="Comic Sans MS" w:eastAsia="Comic Sans MS" w:hAnsi="Comic Sans MS"/>
              </w:rPr>
            </w:pPr>
            <w:r w:rsidDel="00000000" w:rsidR="00000000" w:rsidRPr="00000000">
              <w:rPr>
                <w:rtl w:val="0"/>
              </w:rPr>
            </w:r>
          </w:p>
        </w:tc>
        <w:tc>
          <w:tcPr/>
          <w:p w:rsidR="00000000" w:rsidDel="00000000" w:rsidP="00000000" w:rsidRDefault="00000000" w:rsidRPr="00000000" w14:paraId="00000106">
            <w:pPr>
              <w:jc w:val="both"/>
              <w:rPr>
                <w:rFonts w:ascii="Comic Sans MS" w:cs="Comic Sans MS" w:eastAsia="Comic Sans MS" w:hAnsi="Comic Sans MS"/>
              </w:rPr>
            </w:pPr>
            <w:r w:rsidDel="00000000" w:rsidR="00000000" w:rsidRPr="00000000">
              <w:rPr>
                <w:rtl w:val="0"/>
              </w:rPr>
            </w:r>
          </w:p>
        </w:tc>
        <w:tc>
          <w:tcPr/>
          <w:p w:rsidR="00000000" w:rsidDel="00000000" w:rsidP="00000000" w:rsidRDefault="00000000" w:rsidRPr="00000000" w14:paraId="00000107">
            <w:pPr>
              <w:jc w:val="both"/>
              <w:rPr>
                <w:rFonts w:ascii="Comic Sans MS" w:cs="Comic Sans MS" w:eastAsia="Comic Sans MS" w:hAnsi="Comic Sans MS"/>
              </w:rPr>
            </w:pPr>
            <w:r w:rsidDel="00000000" w:rsidR="00000000" w:rsidRPr="00000000">
              <w:rPr>
                <w:rtl w:val="0"/>
              </w:rPr>
            </w:r>
          </w:p>
        </w:tc>
      </w:tr>
      <w:tr>
        <w:trPr>
          <w:cantSplit w:val="0"/>
          <w:tblHeader w:val="0"/>
        </w:trPr>
        <w:tc>
          <w:tcPr/>
          <w:p w:rsidR="00000000" w:rsidDel="00000000" w:rsidP="00000000" w:rsidRDefault="00000000" w:rsidRPr="00000000" w14:paraId="00000108">
            <w:pPr>
              <w:jc w:val="both"/>
              <w:rPr>
                <w:rFonts w:ascii="Comic Sans MS" w:cs="Comic Sans MS" w:eastAsia="Comic Sans MS" w:hAnsi="Comic Sans MS"/>
              </w:rPr>
            </w:pPr>
            <w:r w:rsidDel="00000000" w:rsidR="00000000" w:rsidRPr="00000000">
              <w:rPr>
                <w:rtl w:val="0"/>
              </w:rPr>
            </w:r>
          </w:p>
        </w:tc>
        <w:tc>
          <w:tcPr/>
          <w:p w:rsidR="00000000" w:rsidDel="00000000" w:rsidP="00000000" w:rsidRDefault="00000000" w:rsidRPr="00000000" w14:paraId="00000109">
            <w:pPr>
              <w:jc w:val="both"/>
              <w:rPr>
                <w:rFonts w:ascii="Comic Sans MS" w:cs="Comic Sans MS" w:eastAsia="Comic Sans MS" w:hAnsi="Comic Sans MS"/>
              </w:rPr>
            </w:pPr>
            <w:r w:rsidDel="00000000" w:rsidR="00000000" w:rsidRPr="00000000">
              <w:rPr>
                <w:rtl w:val="0"/>
              </w:rPr>
            </w:r>
          </w:p>
        </w:tc>
        <w:tc>
          <w:tcPr/>
          <w:p w:rsidR="00000000" w:rsidDel="00000000" w:rsidP="00000000" w:rsidRDefault="00000000" w:rsidRPr="00000000" w14:paraId="0000010A">
            <w:pPr>
              <w:jc w:val="both"/>
              <w:rPr>
                <w:rFonts w:ascii="Comic Sans MS" w:cs="Comic Sans MS" w:eastAsia="Comic Sans MS" w:hAnsi="Comic Sans MS"/>
              </w:rPr>
            </w:pPr>
            <w:r w:rsidDel="00000000" w:rsidR="00000000" w:rsidRPr="00000000">
              <w:rPr>
                <w:rtl w:val="0"/>
              </w:rPr>
            </w:r>
          </w:p>
        </w:tc>
      </w:tr>
      <w:tr>
        <w:trPr>
          <w:cantSplit w:val="0"/>
          <w:tblHeader w:val="0"/>
        </w:trPr>
        <w:tc>
          <w:tcPr/>
          <w:p w:rsidR="00000000" w:rsidDel="00000000" w:rsidP="00000000" w:rsidRDefault="00000000" w:rsidRPr="00000000" w14:paraId="0000010B">
            <w:pPr>
              <w:jc w:val="both"/>
              <w:rPr>
                <w:rFonts w:ascii="Comic Sans MS" w:cs="Comic Sans MS" w:eastAsia="Comic Sans MS" w:hAnsi="Comic Sans MS"/>
              </w:rPr>
            </w:pPr>
            <w:r w:rsidDel="00000000" w:rsidR="00000000" w:rsidRPr="00000000">
              <w:rPr>
                <w:rtl w:val="0"/>
              </w:rPr>
            </w:r>
          </w:p>
        </w:tc>
        <w:tc>
          <w:tcPr/>
          <w:p w:rsidR="00000000" w:rsidDel="00000000" w:rsidP="00000000" w:rsidRDefault="00000000" w:rsidRPr="00000000" w14:paraId="0000010C">
            <w:pPr>
              <w:jc w:val="both"/>
              <w:rPr>
                <w:rFonts w:ascii="Comic Sans MS" w:cs="Comic Sans MS" w:eastAsia="Comic Sans MS" w:hAnsi="Comic Sans MS"/>
              </w:rPr>
            </w:pPr>
            <w:r w:rsidDel="00000000" w:rsidR="00000000" w:rsidRPr="00000000">
              <w:rPr>
                <w:rtl w:val="0"/>
              </w:rPr>
            </w:r>
          </w:p>
        </w:tc>
        <w:tc>
          <w:tcPr/>
          <w:p w:rsidR="00000000" w:rsidDel="00000000" w:rsidP="00000000" w:rsidRDefault="00000000" w:rsidRPr="00000000" w14:paraId="0000010D">
            <w:pPr>
              <w:jc w:val="both"/>
              <w:rPr>
                <w:rFonts w:ascii="Comic Sans MS" w:cs="Comic Sans MS" w:eastAsia="Comic Sans MS" w:hAnsi="Comic Sans MS"/>
              </w:rPr>
            </w:pPr>
            <w:r w:rsidDel="00000000" w:rsidR="00000000" w:rsidRPr="00000000">
              <w:rPr>
                <w:rtl w:val="0"/>
              </w:rPr>
            </w:r>
          </w:p>
        </w:tc>
      </w:tr>
      <w:tr>
        <w:trPr>
          <w:cantSplit w:val="0"/>
          <w:tblHeader w:val="0"/>
        </w:trPr>
        <w:tc>
          <w:tcPr/>
          <w:p w:rsidR="00000000" w:rsidDel="00000000" w:rsidP="00000000" w:rsidRDefault="00000000" w:rsidRPr="00000000" w14:paraId="0000010E">
            <w:pPr>
              <w:jc w:val="both"/>
              <w:rPr>
                <w:rFonts w:ascii="Comic Sans MS" w:cs="Comic Sans MS" w:eastAsia="Comic Sans MS" w:hAnsi="Comic Sans MS"/>
              </w:rPr>
            </w:pPr>
            <w:r w:rsidDel="00000000" w:rsidR="00000000" w:rsidRPr="00000000">
              <w:rPr>
                <w:rtl w:val="0"/>
              </w:rPr>
            </w:r>
          </w:p>
        </w:tc>
        <w:tc>
          <w:tcPr/>
          <w:p w:rsidR="00000000" w:rsidDel="00000000" w:rsidP="00000000" w:rsidRDefault="00000000" w:rsidRPr="00000000" w14:paraId="0000010F">
            <w:pPr>
              <w:jc w:val="both"/>
              <w:rPr>
                <w:rFonts w:ascii="Comic Sans MS" w:cs="Comic Sans MS" w:eastAsia="Comic Sans MS" w:hAnsi="Comic Sans MS"/>
              </w:rPr>
            </w:pPr>
            <w:r w:rsidDel="00000000" w:rsidR="00000000" w:rsidRPr="00000000">
              <w:rPr>
                <w:rtl w:val="0"/>
              </w:rPr>
            </w:r>
          </w:p>
        </w:tc>
        <w:tc>
          <w:tcPr/>
          <w:p w:rsidR="00000000" w:rsidDel="00000000" w:rsidP="00000000" w:rsidRDefault="00000000" w:rsidRPr="00000000" w14:paraId="00000110">
            <w:pPr>
              <w:jc w:val="both"/>
              <w:rPr>
                <w:rFonts w:ascii="Comic Sans MS" w:cs="Comic Sans MS" w:eastAsia="Comic Sans MS" w:hAnsi="Comic Sans MS"/>
              </w:rPr>
            </w:pPr>
            <w:r w:rsidDel="00000000" w:rsidR="00000000" w:rsidRPr="00000000">
              <w:rPr>
                <w:rtl w:val="0"/>
              </w:rPr>
            </w:r>
          </w:p>
        </w:tc>
      </w:tr>
    </w:tbl>
    <w:p w:rsidR="00000000" w:rsidDel="00000000" w:rsidP="00000000" w:rsidRDefault="00000000" w:rsidRPr="00000000" w14:paraId="00000111">
      <w:pPr>
        <w:spacing w:after="160" w:line="259" w:lineRule="auto"/>
        <w:rPr>
          <w:rFonts w:ascii="Times New Roman" w:cs="Times New Roman" w:eastAsia="Times New Roman" w:hAnsi="Times New Roman"/>
          <w:b w:val="1"/>
          <w:color w:val="4f81bd"/>
          <w:sz w:val="26"/>
          <w:szCs w:val="26"/>
        </w:rPr>
        <w:sectPr>
          <w:type w:val="nextPage"/>
          <w:pgSz w:h="12240" w:w="15840" w:orient="landscape"/>
          <w:pgMar w:bottom="1440" w:top="1440" w:left="1800" w:right="1800" w:header="720" w:footer="720"/>
        </w:sectPr>
      </w:pPr>
      <w:r w:rsidDel="00000000" w:rsidR="00000000" w:rsidRPr="00000000">
        <w:rPr>
          <w:rtl w:val="0"/>
        </w:rPr>
      </w:r>
    </w:p>
    <w:p w:rsidR="00000000" w:rsidDel="00000000" w:rsidP="00000000" w:rsidRDefault="00000000" w:rsidRPr="00000000" w14:paraId="00000112">
      <w:pPr>
        <w:spacing w:after="160" w:line="259" w:lineRule="auto"/>
        <w:rPr>
          <w:rFonts w:ascii="Times New Roman" w:cs="Times New Roman" w:eastAsia="Times New Roman" w:hAnsi="Times New Roman"/>
          <w:color w:val="4f81bd"/>
        </w:rPr>
      </w:pPr>
      <w:r w:rsidDel="00000000" w:rsidR="00000000" w:rsidRPr="00000000">
        <w:rPr>
          <w:rFonts w:ascii="Times New Roman" w:cs="Times New Roman" w:eastAsia="Times New Roman" w:hAnsi="Times New Roman"/>
          <w:b w:val="1"/>
          <w:color w:val="4f81bd"/>
          <w:sz w:val="26"/>
          <w:szCs w:val="26"/>
          <w:rtl w:val="0"/>
        </w:rPr>
        <w:t xml:space="preserve">Appendix 4: Pictorial </w:t>
      </w:r>
      <w:r w:rsidDel="00000000" w:rsidR="00000000" w:rsidRPr="00000000">
        <w:rPr>
          <w:rFonts w:ascii="Times New Roman" w:cs="Times New Roman" w:eastAsia="Times New Roman" w:hAnsi="Times New Roman"/>
          <w:b w:val="1"/>
          <w:color w:val="4f81bd"/>
          <w:sz w:val="24"/>
          <w:szCs w:val="24"/>
          <w:rtl w:val="0"/>
        </w:rPr>
        <w:t xml:space="preserve">Success Criteria Grid (Reception/KS1 - used as appropriate)</w:t>
      </w:r>
      <w:r w:rsidDel="00000000" w:rsidR="00000000" w:rsidRPr="00000000">
        <w:rPr>
          <w:rtl w:val="0"/>
        </w:rPr>
      </w:r>
    </w:p>
    <w:sdt>
      <w:sdtPr>
        <w:lock w:val="contentLocked"/>
        <w:id w:val="770692651"/>
        <w:tag w:val="goog_rdk_9"/>
      </w:sdtPr>
      <w:sdtContent>
        <w:tbl>
          <w:tblPr>
            <w:tblStyle w:val="Table7"/>
            <w:tblW w:w="875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96"/>
            <w:gridCol w:w="2166"/>
            <w:gridCol w:w="2196"/>
            <w:gridCol w:w="2196"/>
            <w:tblGridChange w:id="0">
              <w:tblGrid>
                <w:gridCol w:w="2196"/>
                <w:gridCol w:w="2166"/>
                <w:gridCol w:w="2196"/>
                <w:gridCol w:w="2196"/>
              </w:tblGrid>
            </w:tblGridChange>
          </w:tblGrid>
          <w:tr>
            <w:trPr>
              <w:cantSplit w:val="0"/>
              <w:tblHeader w:val="0"/>
            </w:trPr>
            <w:tc>
              <w:tcPr>
                <w:vAlign w:val="center"/>
              </w:tcPr>
              <w:p w:rsidR="00000000" w:rsidDel="00000000" w:rsidP="00000000" w:rsidRDefault="00000000" w:rsidRPr="00000000" w14:paraId="00000113">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1232688" cy="1175891"/>
                      <wp:effectExtent b="0" l="0" r="0" t="0"/>
                      <wp:docPr id="24" name="image22.png"/>
                      <a:graphic>
                        <a:graphicData uri="http://schemas.openxmlformats.org/drawingml/2006/picture">
                          <pic:pic>
                            <pic:nvPicPr>
                              <pic:cNvPr id="0" name="image22.png"/>
                              <pic:cNvPicPr preferRelativeResize="0"/>
                            </pic:nvPicPr>
                            <pic:blipFill>
                              <a:blip r:embed="rId11"/>
                              <a:srcRect b="0" l="0" r="0" t="0"/>
                              <a:stretch>
                                <a:fillRect/>
                              </a:stretch>
                            </pic:blipFill>
                            <pic:spPr>
                              <a:xfrm>
                                <a:off x="0" y="0"/>
                                <a:ext cx="1232688" cy="1175891"/>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14">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1232688" cy="1175891"/>
                      <wp:effectExtent b="0" l="0" r="0" t="0"/>
                      <wp:docPr id="22"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1232688" cy="1175891"/>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15">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1227855" cy="1173042"/>
                      <wp:effectExtent b="0" l="0" r="0" t="0"/>
                      <wp:docPr id="26" name="image24.png"/>
                      <a:graphic>
                        <a:graphicData uri="http://schemas.openxmlformats.org/drawingml/2006/picture">
                          <pic:pic>
                            <pic:nvPicPr>
                              <pic:cNvPr id="0" name="image24.png"/>
                              <pic:cNvPicPr preferRelativeResize="0"/>
                            </pic:nvPicPr>
                            <pic:blipFill>
                              <a:blip r:embed="rId13"/>
                              <a:srcRect b="0" l="0" r="0" t="0"/>
                              <a:stretch>
                                <a:fillRect/>
                              </a:stretch>
                            </pic:blipFill>
                            <pic:spPr>
                              <a:xfrm>
                                <a:off x="0" y="0"/>
                                <a:ext cx="1227855" cy="1173042"/>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16">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1232273" cy="1177262"/>
                      <wp:effectExtent b="0" l="0" r="0" t="0"/>
                      <wp:docPr id="7" name="image19.png"/>
                      <a:graphic>
                        <a:graphicData uri="http://schemas.openxmlformats.org/drawingml/2006/picture">
                          <pic:pic>
                            <pic:nvPicPr>
                              <pic:cNvPr id="0" name="image19.png"/>
                              <pic:cNvPicPr preferRelativeResize="0"/>
                            </pic:nvPicPr>
                            <pic:blipFill>
                              <a:blip r:embed="rId14"/>
                              <a:srcRect b="0" l="0" r="0" t="0"/>
                              <a:stretch>
                                <a:fillRect/>
                              </a:stretch>
                            </pic:blipFill>
                            <pic:spPr>
                              <a:xfrm>
                                <a:off x="0" y="0"/>
                                <a:ext cx="1232273" cy="1177262"/>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17">
                <w:pPr>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Capital Letters</w:t>
                </w:r>
              </w:p>
            </w:tc>
            <w:tc>
              <w:tcPr>
                <w:vAlign w:val="center"/>
              </w:tcPr>
              <w:p w:rsidR="00000000" w:rsidDel="00000000" w:rsidP="00000000" w:rsidRDefault="00000000" w:rsidRPr="00000000" w14:paraId="00000118">
                <w:pPr>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Full stops</w:t>
                </w:r>
              </w:p>
            </w:tc>
            <w:tc>
              <w:tcPr>
                <w:vAlign w:val="center"/>
              </w:tcPr>
              <w:p w:rsidR="00000000" w:rsidDel="00000000" w:rsidP="00000000" w:rsidRDefault="00000000" w:rsidRPr="00000000" w14:paraId="00000119">
                <w:pPr>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Correct letter orientation</w:t>
                </w:r>
              </w:p>
            </w:tc>
            <w:tc>
              <w:tcPr>
                <w:vAlign w:val="center"/>
              </w:tcPr>
              <w:p w:rsidR="00000000" w:rsidDel="00000000" w:rsidP="00000000" w:rsidRDefault="00000000" w:rsidRPr="00000000" w14:paraId="0000011A">
                <w:pPr>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Sit writing on the line</w:t>
                </w:r>
              </w:p>
            </w:tc>
          </w:tr>
          <w:tr>
            <w:trPr>
              <w:cantSplit w:val="0"/>
              <w:tblHeader w:val="0"/>
            </w:trPr>
            <w:tc>
              <w:tcPr>
                <w:vAlign w:val="center"/>
              </w:tcPr>
              <w:p w:rsidR="00000000" w:rsidDel="00000000" w:rsidP="00000000" w:rsidRDefault="00000000" w:rsidRPr="00000000" w14:paraId="0000011B">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0" distT="0" distL="0" distR="0">
                      <wp:extent cx="1230511" cy="1171968"/>
                      <wp:effectExtent b="0" l="0" r="0" t="0"/>
                      <wp:docPr id="21"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1230511" cy="1171968"/>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1C">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0" distT="0" distL="0" distR="0">
                      <wp:extent cx="1239367" cy="1183395"/>
                      <wp:effectExtent b="0" l="0" r="0" t="0"/>
                      <wp:docPr id="10"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1239367" cy="118339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1D">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0" distT="0" distL="0" distR="0">
                      <wp:extent cx="1227433" cy="1171599"/>
                      <wp:effectExtent b="0" l="0" r="0" t="0"/>
                      <wp:docPr id="14"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1227433" cy="1171599"/>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1E">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0" distT="0" distL="0" distR="0">
                      <wp:extent cx="1238644" cy="1183350"/>
                      <wp:effectExtent b="0" l="0" r="0" t="0"/>
                      <wp:docPr id="27" name="image26.png"/>
                      <a:graphic>
                        <a:graphicData uri="http://schemas.openxmlformats.org/drawingml/2006/picture">
                          <pic:pic>
                            <pic:nvPicPr>
                              <pic:cNvPr id="0" name="image26.png"/>
                              <pic:cNvPicPr preferRelativeResize="0"/>
                            </pic:nvPicPr>
                            <pic:blipFill>
                              <a:blip r:embed="rId18"/>
                              <a:srcRect b="0" l="0" r="0" t="0"/>
                              <a:stretch>
                                <a:fillRect/>
                              </a:stretch>
                            </pic:blipFill>
                            <pic:spPr>
                              <a:xfrm>
                                <a:off x="0" y="0"/>
                                <a:ext cx="1238644" cy="118335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1F">
                <w:pPr>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Use phonics to spell</w:t>
                </w:r>
              </w:p>
            </w:tc>
            <w:tc>
              <w:tcPr>
                <w:vAlign w:val="center"/>
              </w:tcPr>
              <w:p w:rsidR="00000000" w:rsidDel="00000000" w:rsidP="00000000" w:rsidRDefault="00000000" w:rsidRPr="00000000" w14:paraId="00000120">
                <w:pPr>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Think of a sentence</w:t>
                </w:r>
              </w:p>
            </w:tc>
            <w:tc>
              <w:tcPr>
                <w:vAlign w:val="center"/>
              </w:tcPr>
              <w:p w:rsidR="00000000" w:rsidDel="00000000" w:rsidP="00000000" w:rsidRDefault="00000000" w:rsidRPr="00000000" w14:paraId="00000121">
                <w:pPr>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Say the sentence</w:t>
                </w:r>
              </w:p>
            </w:tc>
            <w:tc>
              <w:tcPr>
                <w:vAlign w:val="center"/>
              </w:tcPr>
              <w:p w:rsidR="00000000" w:rsidDel="00000000" w:rsidP="00000000" w:rsidRDefault="00000000" w:rsidRPr="00000000" w14:paraId="00000122">
                <w:pPr>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Use finger spaces</w:t>
                </w:r>
              </w:p>
            </w:tc>
          </w:tr>
          <w:tr>
            <w:trPr>
              <w:cantSplit w:val="0"/>
              <w:tblHeader w:val="0"/>
            </w:trPr>
            <w:tc>
              <w:tcPr>
                <w:vAlign w:val="center"/>
              </w:tcPr>
              <w:p w:rsidR="00000000" w:rsidDel="00000000" w:rsidP="00000000" w:rsidRDefault="00000000" w:rsidRPr="00000000" w14:paraId="00000123">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0" distT="0" distL="0" distR="0">
                      <wp:extent cx="1248695" cy="1191161"/>
                      <wp:effectExtent b="0" l="0" r="0" t="0"/>
                      <wp:docPr id="8"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1248695" cy="1191161"/>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24">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0" distT="0" distL="0" distR="0">
                      <wp:extent cx="1235057" cy="1179922"/>
                      <wp:effectExtent b="0" l="0" r="0" t="0"/>
                      <wp:docPr id="5"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1235057" cy="1179922"/>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25">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0" distT="0" distL="0" distR="0">
                      <wp:extent cx="1206053" cy="1151586"/>
                      <wp:effectExtent b="0" l="0" r="0" t="0"/>
                      <wp:docPr id="16"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1206053" cy="1151586"/>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26">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0" distT="0" distL="0" distR="0">
                      <wp:extent cx="1230076" cy="1173400"/>
                      <wp:effectExtent b="0" l="0" r="0" t="0"/>
                      <wp:docPr id="15"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1230076" cy="117340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27">
                <w:pPr>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Use conjunctions</w:t>
                </w:r>
              </w:p>
            </w:tc>
            <w:tc>
              <w:tcPr>
                <w:vAlign w:val="center"/>
              </w:tcPr>
              <w:p w:rsidR="00000000" w:rsidDel="00000000" w:rsidP="00000000" w:rsidRDefault="00000000" w:rsidRPr="00000000" w14:paraId="00000128">
                <w:pPr>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Spell HFW correctly</w:t>
                </w:r>
              </w:p>
            </w:tc>
            <w:tc>
              <w:tcPr>
                <w:vAlign w:val="center"/>
              </w:tcPr>
              <w:p w:rsidR="00000000" w:rsidDel="00000000" w:rsidP="00000000" w:rsidRDefault="00000000" w:rsidRPr="00000000" w14:paraId="00000129">
                <w:pPr>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Write all the way along the line</w:t>
                </w:r>
              </w:p>
            </w:tc>
            <w:tc>
              <w:tcPr>
                <w:vAlign w:val="center"/>
              </w:tcPr>
              <w:p w:rsidR="00000000" w:rsidDel="00000000" w:rsidP="00000000" w:rsidRDefault="00000000" w:rsidRPr="00000000" w14:paraId="0000012A">
                <w:pPr>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Write smaller</w:t>
                </w:r>
              </w:p>
            </w:tc>
          </w:tr>
          <w:tr>
            <w:trPr>
              <w:cantSplit w:val="0"/>
              <w:tblHeader w:val="0"/>
            </w:trPr>
            <w:tc>
              <w:tcPr>
                <w:vAlign w:val="center"/>
              </w:tcPr>
              <w:p w:rsidR="00000000" w:rsidDel="00000000" w:rsidP="00000000" w:rsidRDefault="00000000" w:rsidRPr="00000000" w14:paraId="0000012B">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0" distT="0" distL="0" distR="0">
                      <wp:extent cx="1243011" cy="1187521"/>
                      <wp:effectExtent b="0" l="0" r="0" t="0"/>
                      <wp:docPr id="9"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1243011" cy="1187521"/>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2C">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0" distT="0" distL="0" distR="0">
                      <wp:extent cx="1227855" cy="1173042"/>
                      <wp:effectExtent b="0" l="0" r="0" t="0"/>
                      <wp:docPr id="20" name="image20.png"/>
                      <a:graphic>
                        <a:graphicData uri="http://schemas.openxmlformats.org/drawingml/2006/picture">
                          <pic:pic>
                            <pic:nvPicPr>
                              <pic:cNvPr id="0" name="image20.png"/>
                              <pic:cNvPicPr preferRelativeResize="0"/>
                            </pic:nvPicPr>
                            <pic:blipFill>
                              <a:blip r:embed="rId24"/>
                              <a:srcRect b="0" l="0" r="0" t="0"/>
                              <a:stretch>
                                <a:fillRect/>
                              </a:stretch>
                            </pic:blipFill>
                            <pic:spPr>
                              <a:xfrm>
                                <a:off x="0" y="0"/>
                                <a:ext cx="1227855" cy="1173042"/>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2D">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0" distT="0" distL="0" distR="0">
                      <wp:extent cx="1231006" cy="1175412"/>
                      <wp:effectExtent b="0" l="0" r="0" t="0"/>
                      <wp:docPr id="19" name="image13.png"/>
                      <a:graphic>
                        <a:graphicData uri="http://schemas.openxmlformats.org/drawingml/2006/picture">
                          <pic:pic>
                            <pic:nvPicPr>
                              <pic:cNvPr id="0" name="image13.png"/>
                              <pic:cNvPicPr preferRelativeResize="0"/>
                            </pic:nvPicPr>
                            <pic:blipFill>
                              <a:blip r:embed="rId25"/>
                              <a:srcRect b="0" l="0" r="0" t="0"/>
                              <a:stretch>
                                <a:fillRect/>
                              </a:stretch>
                            </pic:blipFill>
                            <pic:spPr>
                              <a:xfrm>
                                <a:off x="0" y="0"/>
                                <a:ext cx="1231006" cy="1175412"/>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2E">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0" distT="0" distL="0" distR="0">
                      <wp:extent cx="1226847" cy="1171441"/>
                      <wp:effectExtent b="0" l="0" r="0" t="0"/>
                      <wp:docPr id="4" name="image10.png"/>
                      <a:graphic>
                        <a:graphicData uri="http://schemas.openxmlformats.org/drawingml/2006/picture">
                          <pic:pic>
                            <pic:nvPicPr>
                              <pic:cNvPr id="0" name="image10.png"/>
                              <pic:cNvPicPr preferRelativeResize="0"/>
                            </pic:nvPicPr>
                            <pic:blipFill>
                              <a:blip r:embed="rId26"/>
                              <a:srcRect b="0" l="0" r="0" t="0"/>
                              <a:stretch>
                                <a:fillRect/>
                              </a:stretch>
                            </pic:blipFill>
                            <pic:spPr>
                              <a:xfrm>
                                <a:off x="0" y="0"/>
                                <a:ext cx="1226847" cy="1171441"/>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2F">
                <w:pPr>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Use exciting language</w:t>
                </w:r>
              </w:p>
            </w:tc>
            <w:tc>
              <w:tcPr>
                <w:vAlign w:val="center"/>
              </w:tcPr>
              <w:p w:rsidR="00000000" w:rsidDel="00000000" w:rsidP="00000000" w:rsidRDefault="00000000" w:rsidRPr="00000000" w14:paraId="00000130">
                <w:pPr>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Write clearly</w:t>
                </w:r>
              </w:p>
            </w:tc>
            <w:tc>
              <w:tcPr>
                <w:vAlign w:val="center"/>
              </w:tcPr>
              <w:p w:rsidR="00000000" w:rsidDel="00000000" w:rsidP="00000000" w:rsidRDefault="00000000" w:rsidRPr="00000000" w14:paraId="00000131">
                <w:pPr>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Question marks</w:t>
                </w:r>
              </w:p>
            </w:tc>
            <w:tc>
              <w:tcPr>
                <w:vAlign w:val="center"/>
              </w:tcPr>
              <w:p w:rsidR="00000000" w:rsidDel="00000000" w:rsidP="00000000" w:rsidRDefault="00000000" w:rsidRPr="00000000" w14:paraId="00000132">
                <w:pPr>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Exclamation marks</w:t>
                </w:r>
              </w:p>
            </w:tc>
          </w:tr>
          <w:tr>
            <w:trPr>
              <w:cantSplit w:val="0"/>
              <w:tblHeader w:val="0"/>
            </w:trPr>
            <w:tc>
              <w:tcPr>
                <w:vAlign w:val="center"/>
              </w:tcPr>
              <w:p w:rsidR="00000000" w:rsidDel="00000000" w:rsidP="00000000" w:rsidRDefault="00000000" w:rsidRPr="00000000" w14:paraId="00000133">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0" distT="0" distL="0" distR="0">
                      <wp:extent cx="1226847" cy="1171441"/>
                      <wp:effectExtent b="0" l="0" r="0" t="0"/>
                      <wp:docPr id="13" name="image16.png"/>
                      <a:graphic>
                        <a:graphicData uri="http://schemas.openxmlformats.org/drawingml/2006/picture">
                          <pic:pic>
                            <pic:nvPicPr>
                              <pic:cNvPr id="0" name="image16.png"/>
                              <pic:cNvPicPr preferRelativeResize="0"/>
                            </pic:nvPicPr>
                            <pic:blipFill>
                              <a:blip r:embed="rId27"/>
                              <a:srcRect b="0" l="0" r="0" t="0"/>
                              <a:stretch>
                                <a:fillRect/>
                              </a:stretch>
                            </pic:blipFill>
                            <pic:spPr>
                              <a:xfrm>
                                <a:off x="0" y="0"/>
                                <a:ext cx="1226847" cy="1171441"/>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34">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0" distT="0" distL="0" distR="0">
                      <wp:extent cx="1231006" cy="1175412"/>
                      <wp:effectExtent b="0" l="0" r="0" t="0"/>
                      <wp:docPr id="17" name="image15.png"/>
                      <a:graphic>
                        <a:graphicData uri="http://schemas.openxmlformats.org/drawingml/2006/picture">
                          <pic:pic>
                            <pic:nvPicPr>
                              <pic:cNvPr id="0" name="image15.png"/>
                              <pic:cNvPicPr preferRelativeResize="0"/>
                            </pic:nvPicPr>
                            <pic:blipFill>
                              <a:blip r:embed="rId28"/>
                              <a:srcRect b="0" l="0" r="0" t="0"/>
                              <a:stretch>
                                <a:fillRect/>
                              </a:stretch>
                            </pic:blipFill>
                            <pic:spPr>
                              <a:xfrm>
                                <a:off x="0" y="0"/>
                                <a:ext cx="1231006" cy="1175412"/>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35">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0" distT="0" distL="0" distR="0">
                      <wp:extent cx="1250861" cy="1194370"/>
                      <wp:effectExtent b="0" l="0" r="0" t="0"/>
                      <wp:docPr id="18" name="image7.png"/>
                      <a:graphic>
                        <a:graphicData uri="http://schemas.openxmlformats.org/drawingml/2006/picture">
                          <pic:pic>
                            <pic:nvPicPr>
                              <pic:cNvPr id="0" name="image7.png"/>
                              <pic:cNvPicPr preferRelativeResize="0"/>
                            </pic:nvPicPr>
                            <pic:blipFill>
                              <a:blip r:embed="rId29"/>
                              <a:srcRect b="0" l="0" r="0" t="0"/>
                              <a:stretch>
                                <a:fillRect/>
                              </a:stretch>
                            </pic:blipFill>
                            <pic:spPr>
                              <a:xfrm>
                                <a:off x="0" y="0"/>
                                <a:ext cx="1250861" cy="119437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36">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0" distT="0" distL="0" distR="0">
                      <wp:extent cx="1247640" cy="1191296"/>
                      <wp:effectExtent b="0" l="0" r="0" t="0"/>
                      <wp:docPr id="11" name="image11.png"/>
                      <a:graphic>
                        <a:graphicData uri="http://schemas.openxmlformats.org/drawingml/2006/picture">
                          <pic:pic>
                            <pic:nvPicPr>
                              <pic:cNvPr id="0" name="image11.png"/>
                              <pic:cNvPicPr preferRelativeResize="0"/>
                            </pic:nvPicPr>
                            <pic:blipFill>
                              <a:blip r:embed="rId30"/>
                              <a:srcRect b="0" l="0" r="0" t="0"/>
                              <a:stretch>
                                <a:fillRect/>
                              </a:stretch>
                            </pic:blipFill>
                            <pic:spPr>
                              <a:xfrm>
                                <a:off x="0" y="0"/>
                                <a:ext cx="1247640" cy="1191296"/>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37">
                <w:pPr>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Use story language</w:t>
                </w:r>
              </w:p>
            </w:tc>
            <w:tc>
              <w:tcPr>
                <w:vAlign w:val="center"/>
              </w:tcPr>
              <w:p w:rsidR="00000000" w:rsidDel="00000000" w:rsidP="00000000" w:rsidRDefault="00000000" w:rsidRPr="00000000" w14:paraId="00000138">
                <w:pPr>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Capital letters for proper nouns</w:t>
                </w:r>
              </w:p>
            </w:tc>
            <w:tc>
              <w:tcPr>
                <w:vAlign w:val="center"/>
              </w:tcPr>
              <w:p w:rsidR="00000000" w:rsidDel="00000000" w:rsidP="00000000" w:rsidRDefault="00000000" w:rsidRPr="00000000" w14:paraId="00000139">
                <w:pPr>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Time conjunctions</w:t>
                </w:r>
              </w:p>
            </w:tc>
            <w:tc>
              <w:tcPr>
                <w:vAlign w:val="center"/>
              </w:tcPr>
              <w:p w:rsidR="00000000" w:rsidDel="00000000" w:rsidP="00000000" w:rsidRDefault="00000000" w:rsidRPr="00000000" w14:paraId="0000013A">
                <w:pPr>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Vary punctuation</w:t>
                </w:r>
              </w:p>
            </w:tc>
          </w:tr>
        </w:tbl>
      </w:sdtContent>
    </w:sdt>
    <w:p w:rsidR="00000000" w:rsidDel="00000000" w:rsidP="00000000" w:rsidRDefault="00000000" w:rsidRPr="00000000" w14:paraId="0000013B">
      <w:pPr>
        <w:spacing w:after="160" w:line="259" w:lineRule="auto"/>
        <w:rPr>
          <w:rFonts w:ascii="Times New Roman" w:cs="Times New Roman" w:eastAsia="Times New Roman" w:hAnsi="Times New Roman"/>
        </w:rPr>
      </w:pPr>
      <w:r w:rsidDel="00000000" w:rsidR="00000000" w:rsidRPr="00000000">
        <w:rPr>
          <w:rtl w:val="0"/>
        </w:rPr>
      </w:r>
    </w:p>
    <w:sdt>
      <w:sdtPr>
        <w:lock w:val="contentLocked"/>
        <w:id w:val="-512763737"/>
        <w:tag w:val="goog_rdk_13"/>
      </w:sdtPr>
      <w:sdtContent>
        <w:tbl>
          <w:tblPr>
            <w:tblStyle w:val="Table8"/>
            <w:tblpPr w:leftFromText="180" w:rightFromText="180" w:topFromText="0" w:bottomFromText="0" w:vertAnchor="text" w:horzAnchor="text" w:tblpX="0" w:tblpY="0"/>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4167"/>
            <w:gridCol w:w="4167"/>
            <w:tblGridChange w:id="0">
              <w:tblGrid>
                <w:gridCol w:w="2122"/>
                <w:gridCol w:w="4167"/>
                <w:gridCol w:w="4167"/>
              </w:tblGrid>
            </w:tblGridChange>
          </w:tblGrid>
          <w:tr>
            <w:trPr>
              <w:cantSplit w:val="0"/>
              <w:trHeight w:val="449" w:hRule="atLeast"/>
              <w:tblHeader w:val="0"/>
            </w:trPr>
            <w:tc>
              <w:tcPr>
                <w:gridSpan w:val="2"/>
                <w:vAlign w:val="center"/>
              </w:tcPr>
              <w:p w:rsidR="00000000" w:rsidDel="00000000" w:rsidP="00000000" w:rsidRDefault="00000000" w:rsidRPr="00000000" w14:paraId="0000013C">
                <w:pP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Date:</w:t>
                </w:r>
              </w:p>
              <w:p w:rsidR="00000000" w:rsidDel="00000000" w:rsidP="00000000" w:rsidRDefault="00000000" w:rsidRPr="00000000" w14:paraId="0000013D">
                <w:pPr>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13E">
                <w:pP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Task:</w:t>
                </w:r>
              </w:p>
            </w:tc>
            <w:tc>
              <w:tcPr>
                <w:vAlign w:val="center"/>
              </w:tcPr>
              <w:p w:rsidR="00000000" w:rsidDel="00000000" w:rsidP="00000000" w:rsidRDefault="00000000" w:rsidRPr="00000000" w14:paraId="00000140">
                <w:pPr>
                  <w:jc w:val="both"/>
                  <w:rPr>
                    <w:rFonts w:ascii="Comic Sans MS" w:cs="Comic Sans MS" w:eastAsia="Comic Sans MS" w:hAnsi="Comic Sans MS"/>
                  </w:rPr>
                </w:pPr>
                <w:sdt>
                  <w:sdtPr>
                    <w:id w:val="-158591593"/>
                    <w:tag w:val="goog_rdk_10"/>
                  </w:sdtPr>
                  <w:sdtContent>
                    <w:r w:rsidDel="00000000" w:rsidR="00000000" w:rsidRPr="00000000">
                      <w:rPr>
                        <w:rFonts w:ascii="Nova Mono" w:cs="Nova Mono" w:eastAsia="Nova Mono" w:hAnsi="Nova Mono"/>
                        <w:rtl w:val="0"/>
                      </w:rPr>
                      <w:t xml:space="preserve">Supported work                ⬜</w:t>
                    </w:r>
                  </w:sdtContent>
                </w:sdt>
              </w:p>
              <w:p w:rsidR="00000000" w:rsidDel="00000000" w:rsidP="00000000" w:rsidRDefault="00000000" w:rsidRPr="00000000" w14:paraId="00000141">
                <w:pPr>
                  <w:jc w:val="both"/>
                  <w:rPr>
                    <w:rFonts w:ascii="Comic Sans MS" w:cs="Comic Sans MS" w:eastAsia="Comic Sans MS" w:hAnsi="Comic Sans MS"/>
                  </w:rPr>
                </w:pPr>
                <w:sdt>
                  <w:sdtPr>
                    <w:id w:val="1080864889"/>
                    <w:tag w:val="goog_rdk_11"/>
                  </w:sdtPr>
                  <w:sdtContent>
                    <w:r w:rsidDel="00000000" w:rsidR="00000000" w:rsidRPr="00000000">
                      <w:rPr>
                        <w:rFonts w:ascii="Nova Mono" w:cs="Nova Mono" w:eastAsia="Nova Mono" w:hAnsi="Nova Mono"/>
                        <w:rtl w:val="0"/>
                      </w:rPr>
                      <w:t xml:space="preserve">Independent work            ⬜</w:t>
                    </w:r>
                  </w:sdtContent>
                </w:sdt>
              </w:p>
              <w:p w:rsidR="00000000" w:rsidDel="00000000" w:rsidP="00000000" w:rsidRDefault="00000000" w:rsidRPr="00000000" w14:paraId="00000142">
                <w:pPr>
                  <w:jc w:val="both"/>
                  <w:rPr>
                    <w:rFonts w:ascii="Comic Sans MS" w:cs="Comic Sans MS" w:eastAsia="Comic Sans MS" w:hAnsi="Comic Sans MS"/>
                  </w:rPr>
                </w:pPr>
                <w:sdt>
                  <w:sdtPr>
                    <w:id w:val="213393357"/>
                    <w:tag w:val="goog_rdk_12"/>
                  </w:sdtPr>
                  <w:sdtContent>
                    <w:r w:rsidDel="00000000" w:rsidR="00000000" w:rsidRPr="00000000">
                      <w:rPr>
                        <w:rFonts w:ascii="Nova Mono" w:cs="Nova Mono" w:eastAsia="Nova Mono" w:hAnsi="Nova Mono"/>
                        <w:rtl w:val="0"/>
                      </w:rPr>
                      <w:t xml:space="preserve">Verbal feedback given      ⬜</w:t>
                    </w:r>
                  </w:sdtContent>
                </w:sdt>
              </w:p>
            </w:tc>
          </w:tr>
          <w:tr>
            <w:trPr>
              <w:cantSplit w:val="0"/>
              <w:trHeight w:val="607" w:hRule="atLeast"/>
              <w:tblHeader w:val="0"/>
            </w:trPr>
            <w:tc>
              <w:tcPr>
                <w:vAlign w:val="center"/>
              </w:tcPr>
              <w:p w:rsidR="00000000" w:rsidDel="00000000" w:rsidP="00000000" w:rsidRDefault="00000000" w:rsidRPr="00000000" w14:paraId="00000143">
                <w:pPr>
                  <w:jc w:val="center"/>
                  <w:rPr>
                    <w:rFonts w:ascii="Comic Sans MS" w:cs="Comic Sans MS" w:eastAsia="Comic Sans MS" w:hAnsi="Comic Sans MS"/>
                    <w:b w:val="1"/>
                    <w:sz w:val="26"/>
                    <w:szCs w:val="26"/>
                  </w:rPr>
                </w:pPr>
                <w:r w:rsidDel="00000000" w:rsidR="00000000" w:rsidRPr="00000000">
                  <w:rPr>
                    <w:rFonts w:ascii="Comic Sans MS" w:cs="Comic Sans MS" w:eastAsia="Comic Sans MS" w:hAnsi="Comic Sans MS"/>
                    <w:b w:val="1"/>
                    <w:sz w:val="26"/>
                    <w:szCs w:val="26"/>
                    <w:rtl w:val="0"/>
                  </w:rPr>
                  <w:t xml:space="preserve">Success Criteria</w:t>
                </w:r>
              </w:p>
            </w:tc>
            <w:tc>
              <w:tcPr>
                <w:vAlign w:val="center"/>
              </w:tcPr>
              <w:p w:rsidR="00000000" w:rsidDel="00000000" w:rsidP="00000000" w:rsidRDefault="00000000" w:rsidRPr="00000000" w14:paraId="00000144">
                <w:pPr>
                  <w:jc w:val="center"/>
                  <w:rPr>
                    <w:rFonts w:ascii="Comic Sans MS" w:cs="Comic Sans MS" w:eastAsia="Comic Sans MS" w:hAnsi="Comic Sans MS"/>
                    <w:b w:val="1"/>
                    <w:sz w:val="26"/>
                    <w:szCs w:val="26"/>
                  </w:rPr>
                </w:pPr>
                <w:r w:rsidDel="00000000" w:rsidR="00000000" w:rsidRPr="00000000">
                  <w:rPr>
                    <w:rFonts w:ascii="Comic Sans MS" w:cs="Comic Sans MS" w:eastAsia="Comic Sans MS" w:hAnsi="Comic Sans MS"/>
                    <w:b w:val="1"/>
                    <w:sz w:val="26"/>
                    <w:szCs w:val="26"/>
                    <w:rtl w:val="0"/>
                  </w:rPr>
                  <w:t xml:space="preserve">Pupil</w:t>
                </w:r>
              </w:p>
            </w:tc>
            <w:tc>
              <w:tcPr>
                <w:vAlign w:val="center"/>
              </w:tcPr>
              <w:p w:rsidR="00000000" w:rsidDel="00000000" w:rsidP="00000000" w:rsidRDefault="00000000" w:rsidRPr="00000000" w14:paraId="00000145">
                <w:pPr>
                  <w:jc w:val="center"/>
                  <w:rPr>
                    <w:rFonts w:ascii="Comic Sans MS" w:cs="Comic Sans MS" w:eastAsia="Comic Sans MS" w:hAnsi="Comic Sans MS"/>
                    <w:b w:val="1"/>
                    <w:sz w:val="26"/>
                    <w:szCs w:val="26"/>
                  </w:rPr>
                </w:pPr>
                <w:r w:rsidDel="00000000" w:rsidR="00000000" w:rsidRPr="00000000">
                  <w:rPr>
                    <w:rFonts w:ascii="Comic Sans MS" w:cs="Comic Sans MS" w:eastAsia="Comic Sans MS" w:hAnsi="Comic Sans MS"/>
                    <w:b w:val="1"/>
                    <w:sz w:val="26"/>
                    <w:szCs w:val="26"/>
                    <w:rtl w:val="0"/>
                  </w:rPr>
                  <w:t xml:space="preserve">Teacher</w:t>
                </w:r>
              </w:p>
            </w:tc>
          </w:tr>
          <w:tr>
            <w:trPr>
              <w:cantSplit w:val="0"/>
              <w:trHeight w:val="607" w:hRule="atLeast"/>
              <w:tblHeader w:val="0"/>
            </w:trPr>
            <w:tc>
              <w:tcPr>
                <w:vAlign w:val="center"/>
              </w:tcPr>
              <w:p w:rsidR="00000000" w:rsidDel="00000000" w:rsidP="00000000" w:rsidRDefault="00000000" w:rsidRPr="00000000" w14:paraId="00000146">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rPr>
                  <w:drawing>
                    <wp:inline distB="0" distT="0" distL="0" distR="0">
                      <wp:extent cx="586325" cy="559845"/>
                      <wp:effectExtent b="0" l="0" r="0" t="0"/>
                      <wp:docPr id="6"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586325" cy="55984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47">
                <w:pPr>
                  <w:rPr>
                    <w:rFonts w:ascii="Comic Sans MS" w:cs="Comic Sans MS" w:eastAsia="Comic Sans MS" w:hAnsi="Comic Sans MS"/>
                  </w:rPr>
                </w:pPr>
                <w:r w:rsidDel="00000000" w:rsidR="00000000" w:rsidRPr="00000000">
                  <w:rPr>
                    <w:rtl w:val="0"/>
                  </w:rPr>
                </w:r>
              </w:p>
            </w:tc>
            <w:tc>
              <w:tcPr>
                <w:vAlign w:val="center"/>
              </w:tcPr>
              <w:p w:rsidR="00000000" w:rsidDel="00000000" w:rsidP="00000000" w:rsidRDefault="00000000" w:rsidRPr="00000000" w14:paraId="00000148">
                <w:pPr>
                  <w:rPr>
                    <w:rFonts w:ascii="Comic Sans MS" w:cs="Comic Sans MS" w:eastAsia="Comic Sans MS" w:hAnsi="Comic Sans MS"/>
                  </w:rPr>
                </w:pPr>
                <w:r w:rsidDel="00000000" w:rsidR="00000000" w:rsidRPr="00000000">
                  <w:rPr>
                    <w:rtl w:val="0"/>
                  </w:rPr>
                </w:r>
              </w:p>
            </w:tc>
          </w:tr>
          <w:tr>
            <w:trPr>
              <w:cantSplit w:val="0"/>
              <w:trHeight w:val="607" w:hRule="atLeast"/>
              <w:tblHeader w:val="0"/>
            </w:trPr>
            <w:tc>
              <w:tcPr>
                <w:vAlign w:val="center"/>
              </w:tcPr>
              <w:p w:rsidR="00000000" w:rsidDel="00000000" w:rsidP="00000000" w:rsidRDefault="00000000" w:rsidRPr="00000000" w14:paraId="00000149">
                <w:pPr>
                  <w:jc w:val="center"/>
                  <w:rPr>
                    <w:rFonts w:ascii="Comic Sans MS" w:cs="Comic Sans MS" w:eastAsia="Comic Sans MS" w:hAnsi="Comic Sans MS"/>
                  </w:rPr>
                </w:pPr>
                <w:r w:rsidDel="00000000" w:rsidR="00000000" w:rsidRPr="00000000">
                  <w:rPr>
                    <w:rFonts w:ascii="Comic Sans MS" w:cs="Comic Sans MS" w:eastAsia="Comic Sans MS" w:hAnsi="Comic Sans MS"/>
                  </w:rPr>
                  <w:drawing>
                    <wp:inline distB="0" distT="0" distL="0" distR="0">
                      <wp:extent cx="571659" cy="546140"/>
                      <wp:effectExtent b="0" l="0" r="0" t="0"/>
                      <wp:docPr id="12" name="image2.png"/>
                      <a:graphic>
                        <a:graphicData uri="http://schemas.openxmlformats.org/drawingml/2006/picture">
                          <pic:pic>
                            <pic:nvPicPr>
                              <pic:cNvPr id="0" name="image2.png"/>
                              <pic:cNvPicPr preferRelativeResize="0"/>
                            </pic:nvPicPr>
                            <pic:blipFill>
                              <a:blip r:embed="rId32"/>
                              <a:srcRect b="0" l="0" r="0" t="0"/>
                              <a:stretch>
                                <a:fillRect/>
                              </a:stretch>
                            </pic:blipFill>
                            <pic:spPr>
                              <a:xfrm>
                                <a:off x="0" y="0"/>
                                <a:ext cx="571659" cy="54614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4A">
                <w:pPr>
                  <w:rPr>
                    <w:rFonts w:ascii="Comic Sans MS" w:cs="Comic Sans MS" w:eastAsia="Comic Sans MS" w:hAnsi="Comic Sans MS"/>
                  </w:rPr>
                </w:pPr>
                <w:r w:rsidDel="00000000" w:rsidR="00000000" w:rsidRPr="00000000">
                  <w:rPr>
                    <w:rtl w:val="0"/>
                  </w:rPr>
                </w:r>
              </w:p>
            </w:tc>
            <w:tc>
              <w:tcPr>
                <w:vAlign w:val="center"/>
              </w:tcPr>
              <w:p w:rsidR="00000000" w:rsidDel="00000000" w:rsidP="00000000" w:rsidRDefault="00000000" w:rsidRPr="00000000" w14:paraId="0000014B">
                <w:pPr>
                  <w:rPr>
                    <w:rFonts w:ascii="Comic Sans MS" w:cs="Comic Sans MS" w:eastAsia="Comic Sans MS" w:hAnsi="Comic Sans MS"/>
                  </w:rPr>
                </w:pPr>
                <w:r w:rsidDel="00000000" w:rsidR="00000000" w:rsidRPr="00000000">
                  <w:rPr>
                    <w:rtl w:val="0"/>
                  </w:rPr>
                </w:r>
              </w:p>
            </w:tc>
          </w:tr>
          <w:tr>
            <w:trPr>
              <w:cantSplit w:val="0"/>
              <w:trHeight w:val="607" w:hRule="atLeast"/>
              <w:tblHeader w:val="0"/>
            </w:trPr>
            <w:tc>
              <w:tcPr>
                <w:vAlign w:val="center"/>
              </w:tcPr>
              <w:p w:rsidR="00000000" w:rsidDel="00000000" w:rsidP="00000000" w:rsidRDefault="00000000" w:rsidRPr="00000000" w14:paraId="0000014C">
                <w:pPr>
                  <w:jc w:val="center"/>
                  <w:rPr>
                    <w:rFonts w:ascii="Comic Sans MS" w:cs="Comic Sans MS" w:eastAsia="Comic Sans MS" w:hAnsi="Comic Sans MS"/>
                  </w:rPr>
                </w:pPr>
                <w:r w:rsidDel="00000000" w:rsidR="00000000" w:rsidRPr="00000000">
                  <w:rPr>
                    <w:rFonts w:ascii="Comic Sans MS" w:cs="Comic Sans MS" w:eastAsia="Comic Sans MS" w:hAnsi="Comic Sans MS"/>
                  </w:rPr>
                  <w:drawing>
                    <wp:inline distB="0" distT="0" distL="0" distR="0">
                      <wp:extent cx="565718" cy="540170"/>
                      <wp:effectExtent b="0" l="0" r="0" t="0"/>
                      <wp:docPr id="23" name="image18.png"/>
                      <a:graphic>
                        <a:graphicData uri="http://schemas.openxmlformats.org/drawingml/2006/picture">
                          <pic:pic>
                            <pic:nvPicPr>
                              <pic:cNvPr id="0" name="image18.png"/>
                              <pic:cNvPicPr preferRelativeResize="0"/>
                            </pic:nvPicPr>
                            <pic:blipFill>
                              <a:blip r:embed="rId33"/>
                              <a:srcRect b="0" l="0" r="0" t="0"/>
                              <a:stretch>
                                <a:fillRect/>
                              </a:stretch>
                            </pic:blipFill>
                            <pic:spPr>
                              <a:xfrm>
                                <a:off x="0" y="0"/>
                                <a:ext cx="565718" cy="54017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4D">
                <w:pPr>
                  <w:rPr>
                    <w:rFonts w:ascii="Comic Sans MS" w:cs="Comic Sans MS" w:eastAsia="Comic Sans MS" w:hAnsi="Comic Sans MS"/>
                  </w:rPr>
                </w:pPr>
                <w:r w:rsidDel="00000000" w:rsidR="00000000" w:rsidRPr="00000000">
                  <w:rPr>
                    <w:rtl w:val="0"/>
                  </w:rPr>
                </w:r>
              </w:p>
            </w:tc>
            <w:tc>
              <w:tcPr>
                <w:vAlign w:val="center"/>
              </w:tcPr>
              <w:p w:rsidR="00000000" w:rsidDel="00000000" w:rsidP="00000000" w:rsidRDefault="00000000" w:rsidRPr="00000000" w14:paraId="0000014E">
                <w:pPr>
                  <w:rPr>
                    <w:rFonts w:ascii="Comic Sans MS" w:cs="Comic Sans MS" w:eastAsia="Comic Sans MS" w:hAnsi="Comic Sans MS"/>
                  </w:rPr>
                </w:pPr>
                <w:r w:rsidDel="00000000" w:rsidR="00000000" w:rsidRPr="00000000">
                  <w:rPr>
                    <w:rtl w:val="0"/>
                  </w:rPr>
                </w:r>
              </w:p>
            </w:tc>
          </w:tr>
          <w:tr>
            <w:trPr>
              <w:cantSplit w:val="0"/>
              <w:trHeight w:val="607" w:hRule="atLeast"/>
              <w:tblHeader w:val="0"/>
            </w:trPr>
            <w:tc>
              <w:tcPr>
                <w:vAlign w:val="center"/>
              </w:tcPr>
              <w:p w:rsidR="00000000" w:rsidDel="00000000" w:rsidP="00000000" w:rsidRDefault="00000000" w:rsidRPr="00000000" w14:paraId="0000014F">
                <w:pPr>
                  <w:jc w:val="center"/>
                  <w:rPr>
                    <w:rFonts w:ascii="Comic Sans MS" w:cs="Comic Sans MS" w:eastAsia="Comic Sans MS" w:hAnsi="Comic Sans MS"/>
                  </w:rPr>
                </w:pPr>
                <w:r w:rsidDel="00000000" w:rsidR="00000000" w:rsidRPr="00000000">
                  <w:rPr>
                    <w:rFonts w:ascii="Comic Sans MS" w:cs="Comic Sans MS" w:eastAsia="Comic Sans MS" w:hAnsi="Comic Sans MS"/>
                  </w:rPr>
                  <w:drawing>
                    <wp:inline distB="0" distT="0" distL="0" distR="0">
                      <wp:extent cx="579080" cy="552398"/>
                      <wp:effectExtent b="0" l="0" r="0" t="0"/>
                      <wp:docPr id="28" name="image21.png"/>
                      <a:graphic>
                        <a:graphicData uri="http://schemas.openxmlformats.org/drawingml/2006/picture">
                          <pic:pic>
                            <pic:nvPicPr>
                              <pic:cNvPr id="0" name="image21.png"/>
                              <pic:cNvPicPr preferRelativeResize="0"/>
                            </pic:nvPicPr>
                            <pic:blipFill>
                              <a:blip r:embed="rId34"/>
                              <a:srcRect b="0" l="0" r="0" t="0"/>
                              <a:stretch>
                                <a:fillRect/>
                              </a:stretch>
                            </pic:blipFill>
                            <pic:spPr>
                              <a:xfrm>
                                <a:off x="0" y="0"/>
                                <a:ext cx="579080" cy="552398"/>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50">
                <w:pPr>
                  <w:rPr>
                    <w:rFonts w:ascii="Comic Sans MS" w:cs="Comic Sans MS" w:eastAsia="Comic Sans MS" w:hAnsi="Comic Sans MS"/>
                  </w:rPr>
                </w:pPr>
                <w:r w:rsidDel="00000000" w:rsidR="00000000" w:rsidRPr="00000000">
                  <w:rPr>
                    <w:rtl w:val="0"/>
                  </w:rPr>
                </w:r>
              </w:p>
            </w:tc>
            <w:tc>
              <w:tcPr>
                <w:vAlign w:val="center"/>
              </w:tcPr>
              <w:p w:rsidR="00000000" w:rsidDel="00000000" w:rsidP="00000000" w:rsidRDefault="00000000" w:rsidRPr="00000000" w14:paraId="00000151">
                <w:pPr>
                  <w:rPr>
                    <w:rFonts w:ascii="Comic Sans MS" w:cs="Comic Sans MS" w:eastAsia="Comic Sans MS" w:hAnsi="Comic Sans MS"/>
                  </w:rPr>
                </w:pPr>
                <w:r w:rsidDel="00000000" w:rsidR="00000000" w:rsidRPr="00000000">
                  <w:rPr>
                    <w:rtl w:val="0"/>
                  </w:rPr>
                </w:r>
              </w:p>
            </w:tc>
          </w:tr>
        </w:tbl>
      </w:sdtContent>
    </w:sdt>
    <w:p w:rsidR="00000000" w:rsidDel="00000000" w:rsidP="00000000" w:rsidRDefault="00000000" w:rsidRPr="00000000" w14:paraId="00000152">
      <w:pPr>
        <w:spacing w:after="160" w:line="259" w:lineRule="auto"/>
        <w:rPr>
          <w:rFonts w:ascii="Times New Roman" w:cs="Times New Roman" w:eastAsia="Times New Roman" w:hAnsi="Times New Roman"/>
          <w:sz w:val="2"/>
          <w:szCs w:val="2"/>
        </w:rPr>
      </w:pPr>
      <w:r w:rsidDel="00000000" w:rsidR="00000000" w:rsidRPr="00000000">
        <w:rPr>
          <w:rFonts w:ascii="Times New Roman" w:cs="Times New Roman" w:eastAsia="Times New Roman" w:hAnsi="Times New Roman"/>
          <w:sz w:val="2"/>
          <w:szCs w:val="2"/>
          <w:rtl w:val="0"/>
        </w:rPr>
        <w:br w:type="textWrapping"/>
      </w:r>
    </w:p>
    <w:p w:rsidR="00000000" w:rsidDel="00000000" w:rsidP="00000000" w:rsidRDefault="00000000" w:rsidRPr="00000000" w14:paraId="00000153">
      <w:pPr>
        <w:spacing w:after="160" w:line="240" w:lineRule="auto"/>
        <w:jc w:val="both"/>
        <w:rPr>
          <w:rFonts w:ascii="Times New Roman" w:cs="Times New Roman" w:eastAsia="Times New Roman" w:hAnsi="Times New Roman"/>
          <w:i w:val="1"/>
        </w:rPr>
      </w:pPr>
      <w:r w:rsidDel="00000000" w:rsidR="00000000" w:rsidRPr="00000000">
        <w:rPr>
          <w:rtl w:val="0"/>
        </w:rPr>
      </w:r>
    </w:p>
    <w:sectPr>
      <w:type w:val="nextPage"/>
      <w:pgSz w:h="15840" w:w="12240" w:orient="portrait"/>
      <w:pgMar w:bottom="113.38582677165356" w:top="113.38582677165356" w:left="453.5433070866142" w:right="453.5433070866142"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mic Sans MS"/>
  <w:font w:name="Cardo">
    <w:embedRegular w:fontKey="{00000000-0000-0000-0000-000000000000}" r:id="rId1" w:subsetted="0"/>
    <w:embedBold w:fontKey="{00000000-0000-0000-0000-000000000000}" r:id="rId2" w:subsetted="0"/>
    <w:embedItalic w:fontKey="{00000000-0000-0000-0000-000000000000}" r:id="rId3" w:subsetted="0"/>
  </w:font>
  <w:font w:name="Nova Mono">
    <w:embedRegular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5">
    <w:pPr>
      <w:spacing w:line="240" w:lineRule="auto"/>
      <w:rPr>
        <w:rFonts w:ascii="Times New Roman" w:cs="Times New Roman" w:eastAsia="Times New Roman" w:hAnsi="Times New Roman"/>
        <w:b w:val="1"/>
        <w:color w:val="b7b7b7"/>
      </w:rPr>
    </w:pPr>
    <w:r w:rsidDel="00000000" w:rsidR="00000000" w:rsidRPr="00000000">
      <w:rPr>
        <w:rtl w:val="0"/>
      </w:rPr>
    </w:r>
  </w:p>
  <w:p w:rsidR="00000000" w:rsidDel="00000000" w:rsidP="00000000" w:rsidRDefault="00000000" w:rsidRPr="00000000" w14:paraId="00000156">
    <w:pPr>
      <w:spacing w:after="0" w:line="240" w:lineRule="auto"/>
      <w:rPr>
        <w:rFonts w:ascii="Times New Roman" w:cs="Times New Roman" w:eastAsia="Times New Roman" w:hAnsi="Times New Roman"/>
        <w:b w:val="1"/>
        <w:color w:val="b7b7b7"/>
      </w:rPr>
    </w:pPr>
    <w:r w:rsidDel="00000000" w:rsidR="00000000" w:rsidRPr="00000000">
      <w:rPr>
        <w:rFonts w:ascii="Times New Roman" w:cs="Times New Roman" w:eastAsia="Times New Roman" w:hAnsi="Times New Roman"/>
        <w:b w:val="1"/>
        <w:color w:val="b7b7b7"/>
        <w:rtl w:val="0"/>
      </w:rPr>
      <w:t xml:space="preserve">Kielder Primary School and Nursery</w:t>
    </w:r>
  </w:p>
  <w:p w:rsidR="00000000" w:rsidDel="00000000" w:rsidP="00000000" w:rsidRDefault="00000000" w:rsidRPr="00000000" w14:paraId="00000157">
    <w:pPr>
      <w:spacing w:after="0" w:line="240" w:lineRule="auto"/>
      <w:rPr>
        <w:rFonts w:ascii="Times New Roman" w:cs="Times New Roman" w:eastAsia="Times New Roman" w:hAnsi="Times New Roman"/>
        <w:b w:val="1"/>
        <w:color w:val="b7b7b7"/>
      </w:rPr>
    </w:pPr>
    <w:r w:rsidDel="00000000" w:rsidR="00000000" w:rsidRPr="00000000">
      <w:rPr>
        <w:rFonts w:ascii="Times New Roman" w:cs="Times New Roman" w:eastAsia="Times New Roman" w:hAnsi="Times New Roman"/>
        <w:b w:val="1"/>
        <w:color w:val="b7b7b7"/>
        <w:rtl w:val="0"/>
      </w:rPr>
      <w:t xml:space="preserve">Marking, Feedback &amp; Dialogue Policy</w:t>
      <w:tab/>
      <w:tab/>
      <w:tab/>
      <w:tab/>
      <w:tab/>
      <w:tab/>
      <w:tab/>
    </w:r>
    <w:r w:rsidDel="00000000" w:rsidR="00000000" w:rsidRPr="00000000">
      <w:rPr>
        <w:rFonts w:ascii="Times New Roman" w:cs="Times New Roman" w:eastAsia="Times New Roman" w:hAnsi="Times New Roman"/>
        <w:b w:val="1"/>
        <w:color w:val="b7b7b7"/>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4">
    <w:pPr>
      <w:rPr/>
    </w:pPr>
    <w:r w:rsidDel="00000000" w:rsidR="00000000" w:rsidRPr="00000000">
      <w:rPr/>
      <w:pict>
        <v:shape id="WordPictureWatermark1" style="position:absolute;width:432.0pt;height:432.0pt;rotation:0;z-index:-503316481;mso-position-horizontal-relative:margin;mso-position-horizontal:center;mso-position-vertical-relative:margin;mso-position-vertical:center;" alt="" type="#_x0000_t75">
          <v:imagedata blacklevel="22938f" cropbottom="0f" cropleft="0f" cropright="0f" croptop="0f" gain="19661f" r:id="rId1" o:title="image23.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i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Normal" w:default="1">
    <w:name w:val="normal"/>
  </w:style>
  <w:style w:type="table" w:styleId="TableNormal" w:default="1">
    <w:name w:val="TableNormal"/>
  </w:style>
  <w:style w:type="paragraph" w:styleId="Header">
    <w:name w:val="header"/>
    <w:basedOn w:val="Normal"/>
    <w:link w:val="HeaderChar"/>
    <w:uiPriority w:val="99"/>
    <w:unhideWhenUsed w:val="1"/>
    <w:rsid w:val="00E618B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618BF"/>
  </w:style>
  <w:style w:type="paragraph" w:styleId="Footer">
    <w:name w:val="footer"/>
    <w:basedOn w:val="Normal"/>
    <w:link w:val="FooterChar"/>
    <w:uiPriority w:val="99"/>
    <w:unhideWhenUsed w:val="1"/>
    <w:rsid w:val="00E618B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618BF"/>
  </w:style>
  <w:style w:type="paragraph" w:styleId="Heading7">
    <w:name w:val="heading 7"/>
    <w:basedOn w:val="Normal"/>
    <w:next w:val="Normal"/>
    <w:link w:val="Heading7Char"/>
    <w:uiPriority w:val="9"/>
    <w:semiHidden w:val="1"/>
    <w:unhideWhenUsed w:val="1"/>
    <w:qFormat w:val="1"/>
    <w:rsid w:val="00FC693F"/>
    <w:pPr>
      <w:keepNext w:val="1"/>
      <w:keepLines w:val="1"/>
      <w:spacing w:after="0" w:before="200"/>
      <w:outlineLvl w:val="6"/>
    </w:pPr>
    <w:rPr>
      <w:rFonts w:asciiTheme="majorHAnsi" w:cstheme="majorBidi" w:eastAsiaTheme="majorEastAsia" w:hAnsiTheme="majorHAnsi"/>
      <w:i w:val="1"/>
      <w:iCs w:val="1"/>
      <w:color w:val="404040" w:themeColor="text1" w:themeTint="0000BF"/>
    </w:rPr>
  </w:style>
  <w:style w:type="paragraph" w:styleId="Heading8">
    <w:name w:val="heading 8"/>
    <w:basedOn w:val="Normal"/>
    <w:next w:val="Normal"/>
    <w:link w:val="Heading8Char"/>
    <w:uiPriority w:val="9"/>
    <w:semiHidden w:val="1"/>
    <w:unhideWhenUsed w:val="1"/>
    <w:qFormat w:val="1"/>
    <w:rsid w:val="00FC693F"/>
    <w:pPr>
      <w:keepNext w:val="1"/>
      <w:keepLines w:val="1"/>
      <w:spacing w:after="0" w:before="200"/>
      <w:outlineLvl w:val="7"/>
    </w:pPr>
    <w:rPr>
      <w:rFonts w:asciiTheme="majorHAnsi" w:cstheme="majorBidi" w:eastAsiaTheme="majorEastAsia" w:hAnsiTheme="majorHAnsi"/>
      <w:color w:val="4f81bd" w:themeColor="accent1"/>
      <w:sz w:val="20"/>
      <w:szCs w:val="20"/>
    </w:rPr>
  </w:style>
  <w:style w:type="paragraph" w:styleId="Heading9">
    <w:name w:val="heading 9"/>
    <w:basedOn w:val="Normal"/>
    <w:next w:val="Normal"/>
    <w:link w:val="Heading9Char"/>
    <w:uiPriority w:val="9"/>
    <w:semiHidden w:val="1"/>
    <w:unhideWhenUsed w:val="1"/>
    <w:qFormat w:val="1"/>
    <w:rsid w:val="00FC693F"/>
    <w:pPr>
      <w:keepNext w:val="1"/>
      <w:keepLines w:val="1"/>
      <w:spacing w:after="0" w:before="200"/>
      <w:outlineLvl w:val="8"/>
    </w:pPr>
    <w:rPr>
      <w:rFonts w:asciiTheme="majorHAnsi" w:cstheme="majorBidi" w:eastAsiaTheme="majorEastAsia" w:hAnsiTheme="majorHAnsi"/>
      <w:i w:val="1"/>
      <w:iCs w:val="1"/>
      <w:color w:val="404040" w:themeColor="text1" w:themeTint="0000BF"/>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FC693F"/>
    <w:pPr>
      <w:spacing w:after="0" w:line="240" w:lineRule="auto"/>
    </w:pPr>
  </w:style>
  <w:style w:type="character" w:styleId="Heading1Char" w:customStyle="1">
    <w:name w:val="Heading 1 Char"/>
    <w:basedOn w:val="DefaultParagraphFont"/>
    <w:link w:val="Heading1"/>
    <w:uiPriority w:val="9"/>
    <w:rsid w:val="00FC693F"/>
    <w:rPr>
      <w:rFonts w:asciiTheme="majorHAnsi" w:cstheme="majorBidi" w:eastAsiaTheme="majorEastAsia" w:hAnsiTheme="majorHAnsi"/>
      <w:b w:val="1"/>
      <w:bCs w:val="1"/>
      <w:color w:val="365f91" w:themeColor="accent1" w:themeShade="0000BF"/>
      <w:sz w:val="28"/>
      <w:szCs w:val="28"/>
    </w:rPr>
  </w:style>
  <w:style w:type="character" w:styleId="Heading2Char" w:customStyle="1">
    <w:name w:val="Heading 2 Char"/>
    <w:basedOn w:val="DefaultParagraphFont"/>
    <w:link w:val="Heading2"/>
    <w:uiPriority w:val="9"/>
    <w:rsid w:val="00FC693F"/>
    <w:rPr>
      <w:rFonts w:asciiTheme="majorHAnsi" w:cstheme="majorBidi" w:eastAsiaTheme="majorEastAsia" w:hAnsiTheme="majorHAnsi"/>
      <w:b w:val="1"/>
      <w:bCs w:val="1"/>
      <w:color w:val="4f81bd" w:themeColor="accent1"/>
      <w:sz w:val="26"/>
      <w:szCs w:val="26"/>
    </w:rPr>
  </w:style>
  <w:style w:type="character" w:styleId="Heading3Char" w:customStyle="1">
    <w:name w:val="Heading 3 Char"/>
    <w:basedOn w:val="DefaultParagraphFont"/>
    <w:link w:val="Heading3"/>
    <w:uiPriority w:val="9"/>
    <w:rsid w:val="00FC693F"/>
    <w:rPr>
      <w:rFonts w:asciiTheme="majorHAnsi" w:cstheme="majorBidi" w:eastAsiaTheme="majorEastAsia" w:hAnsiTheme="majorHAnsi"/>
      <w:b w:val="1"/>
      <w:bCs w:val="1"/>
      <w:color w:val="4f81bd" w:themeColor="accent1"/>
    </w:rPr>
  </w:style>
  <w:style w:type="character" w:styleId="TitleChar" w:customStyle="1">
    <w:name w:val="Title Char"/>
    <w:basedOn w:val="DefaultParagraphFont"/>
    <w:link w:val="Title"/>
    <w:uiPriority w:val="10"/>
    <w:rsid w:val="00FC693F"/>
    <w:rPr>
      <w:rFonts w:asciiTheme="majorHAnsi" w:cstheme="majorBidi" w:eastAsiaTheme="majorEastAsia" w:hAnsiTheme="majorHAnsi"/>
      <w:color w:val="17365d" w:themeColor="text2" w:themeShade="0000BF"/>
      <w:spacing w:val="5"/>
      <w:kern w:val="28"/>
      <w:sz w:val="52"/>
      <w:szCs w:val="52"/>
    </w:rPr>
  </w:style>
  <w:style w:type="character" w:styleId="SubtitleChar" w:customStyle="1">
    <w:name w:val="Subtitle Char"/>
    <w:basedOn w:val="DefaultParagraphFont"/>
    <w:link w:val="Subtitle"/>
    <w:uiPriority w:val="11"/>
    <w:rsid w:val="00FC693F"/>
    <w:rPr>
      <w:rFonts w:asciiTheme="majorHAnsi" w:cstheme="majorBidi" w:eastAsiaTheme="majorEastAsia" w:hAnsiTheme="majorHAnsi"/>
      <w:i w:val="1"/>
      <w:iCs w:val="1"/>
      <w:color w:val="4f81bd" w:themeColor="accent1"/>
      <w:spacing w:val="15"/>
      <w:sz w:val="24"/>
      <w:szCs w:val="24"/>
    </w:rPr>
  </w:style>
  <w:style w:type="paragraph" w:styleId="ListParagraph">
    <w:name w:val="List Paragraph"/>
    <w:basedOn w:val="Normal"/>
    <w:uiPriority w:val="34"/>
    <w:qFormat w:val="1"/>
    <w:rsid w:val="00FC693F"/>
    <w:pPr>
      <w:ind w:left="720"/>
      <w:contextualSpacing w:val="1"/>
    </w:pPr>
  </w:style>
  <w:style w:type="paragraph" w:styleId="BodyText">
    <w:name w:val="Body Text"/>
    <w:basedOn w:val="Normal"/>
    <w:link w:val="BodyTextChar"/>
    <w:uiPriority w:val="99"/>
    <w:unhideWhenUsed w:val="1"/>
    <w:rsid w:val="00AA1D8D"/>
    <w:pPr>
      <w:spacing w:after="120"/>
    </w:pPr>
  </w:style>
  <w:style w:type="character" w:styleId="BodyTextChar" w:customStyle="1">
    <w:name w:val="Body Text Char"/>
    <w:basedOn w:val="DefaultParagraphFont"/>
    <w:link w:val="BodyText"/>
    <w:uiPriority w:val="99"/>
    <w:rsid w:val="00AA1D8D"/>
  </w:style>
  <w:style w:type="paragraph" w:styleId="BodyText2">
    <w:name w:val="Body Text 2"/>
    <w:basedOn w:val="Normal"/>
    <w:link w:val="BodyText2Char"/>
    <w:uiPriority w:val="99"/>
    <w:unhideWhenUsed w:val="1"/>
    <w:rsid w:val="00AA1D8D"/>
    <w:pPr>
      <w:spacing w:after="120" w:line="480" w:lineRule="auto"/>
    </w:pPr>
  </w:style>
  <w:style w:type="character" w:styleId="BodyText2Char" w:customStyle="1">
    <w:name w:val="Body Text 2 Char"/>
    <w:basedOn w:val="DefaultParagraphFont"/>
    <w:link w:val="BodyText2"/>
    <w:uiPriority w:val="99"/>
    <w:rsid w:val="00AA1D8D"/>
  </w:style>
  <w:style w:type="paragraph" w:styleId="BodyText3">
    <w:name w:val="Body Text 3"/>
    <w:basedOn w:val="Normal"/>
    <w:link w:val="BodyText3Char"/>
    <w:uiPriority w:val="99"/>
    <w:unhideWhenUsed w:val="1"/>
    <w:rsid w:val="00AA1D8D"/>
    <w:pPr>
      <w:spacing w:after="120"/>
    </w:pPr>
    <w:rPr>
      <w:sz w:val="16"/>
      <w:szCs w:val="16"/>
    </w:rPr>
  </w:style>
  <w:style w:type="character" w:styleId="BodyText3Char" w:customStyle="1">
    <w:name w:val="Body Text 3 Char"/>
    <w:basedOn w:val="DefaultParagraphFont"/>
    <w:link w:val="BodyText3"/>
    <w:uiPriority w:val="99"/>
    <w:rsid w:val="00AA1D8D"/>
    <w:rPr>
      <w:sz w:val="16"/>
      <w:szCs w:val="16"/>
    </w:rPr>
  </w:style>
  <w:style w:type="paragraph" w:styleId="List">
    <w:name w:val="List"/>
    <w:basedOn w:val="Normal"/>
    <w:uiPriority w:val="99"/>
    <w:unhideWhenUsed w:val="1"/>
    <w:rsid w:val="00AA1D8D"/>
    <w:pPr>
      <w:ind w:left="360" w:hanging="360"/>
      <w:contextualSpacing w:val="1"/>
    </w:pPr>
  </w:style>
  <w:style w:type="paragraph" w:styleId="List2">
    <w:name w:val="List 2"/>
    <w:basedOn w:val="Normal"/>
    <w:uiPriority w:val="99"/>
    <w:unhideWhenUsed w:val="1"/>
    <w:rsid w:val="00326F90"/>
    <w:pPr>
      <w:ind w:left="720" w:hanging="360"/>
      <w:contextualSpacing w:val="1"/>
    </w:pPr>
  </w:style>
  <w:style w:type="paragraph" w:styleId="List3">
    <w:name w:val="List 3"/>
    <w:basedOn w:val="Normal"/>
    <w:uiPriority w:val="99"/>
    <w:unhideWhenUsed w:val="1"/>
    <w:rsid w:val="00326F90"/>
    <w:pPr>
      <w:ind w:left="1080" w:hanging="360"/>
      <w:contextualSpacing w:val="1"/>
    </w:pPr>
  </w:style>
  <w:style w:type="paragraph" w:styleId="ListBullet">
    <w:name w:val="List Bullet"/>
    <w:basedOn w:val="Normal"/>
    <w:uiPriority w:val="99"/>
    <w:unhideWhenUsed w:val="1"/>
    <w:rsid w:val="00326F90"/>
    <w:pPr>
      <w:numPr>
        <w:numId w:val="1"/>
      </w:numPr>
      <w:contextualSpacing w:val="1"/>
    </w:pPr>
  </w:style>
  <w:style w:type="paragraph" w:styleId="ListBullet2">
    <w:name w:val="List Bullet 2"/>
    <w:basedOn w:val="Normal"/>
    <w:uiPriority w:val="99"/>
    <w:unhideWhenUsed w:val="1"/>
    <w:rsid w:val="00326F90"/>
    <w:pPr>
      <w:numPr>
        <w:numId w:val="2"/>
      </w:numPr>
      <w:contextualSpacing w:val="1"/>
    </w:pPr>
  </w:style>
  <w:style w:type="paragraph" w:styleId="ListBullet3">
    <w:name w:val="List Bullet 3"/>
    <w:basedOn w:val="Normal"/>
    <w:uiPriority w:val="99"/>
    <w:unhideWhenUsed w:val="1"/>
    <w:rsid w:val="00326F90"/>
    <w:pPr>
      <w:numPr>
        <w:numId w:val="3"/>
      </w:numPr>
      <w:contextualSpacing w:val="1"/>
    </w:pPr>
  </w:style>
  <w:style w:type="paragraph" w:styleId="ListNumber">
    <w:name w:val="List Number"/>
    <w:basedOn w:val="Normal"/>
    <w:uiPriority w:val="99"/>
    <w:unhideWhenUsed w:val="1"/>
    <w:rsid w:val="00326F90"/>
    <w:pPr>
      <w:numPr>
        <w:numId w:val="5"/>
      </w:numPr>
      <w:contextualSpacing w:val="1"/>
    </w:pPr>
  </w:style>
  <w:style w:type="paragraph" w:styleId="ListNumber2">
    <w:name w:val="List Number 2"/>
    <w:basedOn w:val="Normal"/>
    <w:uiPriority w:val="99"/>
    <w:unhideWhenUsed w:val="1"/>
    <w:rsid w:val="0029639D"/>
    <w:pPr>
      <w:numPr>
        <w:numId w:val="6"/>
      </w:numPr>
      <w:contextualSpacing w:val="1"/>
    </w:pPr>
  </w:style>
  <w:style w:type="paragraph" w:styleId="ListNumber3">
    <w:name w:val="List Number 3"/>
    <w:basedOn w:val="Normal"/>
    <w:uiPriority w:val="99"/>
    <w:unhideWhenUsed w:val="1"/>
    <w:rsid w:val="0029639D"/>
    <w:pPr>
      <w:numPr>
        <w:numId w:val="7"/>
      </w:numPr>
      <w:contextualSpacing w:val="1"/>
    </w:pPr>
  </w:style>
  <w:style w:type="paragraph" w:styleId="ListContinue">
    <w:name w:val="List Continue"/>
    <w:basedOn w:val="Normal"/>
    <w:uiPriority w:val="99"/>
    <w:unhideWhenUsed w:val="1"/>
    <w:rsid w:val="0029639D"/>
    <w:pPr>
      <w:spacing w:after="120"/>
      <w:ind w:left="360"/>
      <w:contextualSpacing w:val="1"/>
    </w:pPr>
  </w:style>
  <w:style w:type="paragraph" w:styleId="ListContinue2">
    <w:name w:val="List Continue 2"/>
    <w:basedOn w:val="Normal"/>
    <w:uiPriority w:val="99"/>
    <w:unhideWhenUsed w:val="1"/>
    <w:rsid w:val="0029639D"/>
    <w:pPr>
      <w:spacing w:after="120"/>
      <w:ind w:left="720"/>
      <w:contextualSpacing w:val="1"/>
    </w:pPr>
  </w:style>
  <w:style w:type="paragraph" w:styleId="ListContinue3">
    <w:name w:val="List Continue 3"/>
    <w:basedOn w:val="Normal"/>
    <w:uiPriority w:val="99"/>
    <w:unhideWhenUsed w:val="1"/>
    <w:rsid w:val="0029639D"/>
    <w:pPr>
      <w:spacing w:after="120"/>
      <w:ind w:left="1080"/>
      <w:contextualSpacing w:val="1"/>
    </w:pPr>
  </w:style>
  <w:style w:type="paragraph" w:styleId="MacroText">
    <w:name w:val="macro"/>
    <w:link w:val="MacroTextChar"/>
    <w:uiPriority w:val="99"/>
    <w:unhideWhenUsed w:val="1"/>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croTextChar" w:customStyle="1">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val="1"/>
    <w:rsid w:val="00FC693F"/>
    <w:rPr>
      <w:i w:val="1"/>
      <w:iCs w:val="1"/>
      <w:color w:val="000000" w:themeColor="text1"/>
    </w:rPr>
  </w:style>
  <w:style w:type="character" w:styleId="QuoteChar" w:customStyle="1">
    <w:name w:val="Quote Char"/>
    <w:basedOn w:val="DefaultParagraphFont"/>
    <w:link w:val="Quote"/>
    <w:uiPriority w:val="29"/>
    <w:rsid w:val="00FC693F"/>
    <w:rPr>
      <w:i w:val="1"/>
      <w:iCs w:val="1"/>
      <w:color w:val="000000" w:themeColor="text1"/>
    </w:rPr>
  </w:style>
  <w:style w:type="character" w:styleId="Heading4Char" w:customStyle="1">
    <w:name w:val="Heading 4 Char"/>
    <w:basedOn w:val="DefaultParagraphFont"/>
    <w:link w:val="Heading4"/>
    <w:uiPriority w:val="9"/>
    <w:semiHidden w:val="1"/>
    <w:rsid w:val="00FC693F"/>
    <w:rPr>
      <w:rFonts w:asciiTheme="majorHAnsi" w:cstheme="majorBidi" w:eastAsiaTheme="majorEastAsia" w:hAnsiTheme="majorHAnsi"/>
      <w:b w:val="1"/>
      <w:bCs w:val="1"/>
      <w:i w:val="1"/>
      <w:iCs w:val="1"/>
      <w:color w:val="4f81bd" w:themeColor="accent1"/>
    </w:rPr>
  </w:style>
  <w:style w:type="character" w:styleId="Heading5Char" w:customStyle="1">
    <w:name w:val="Heading 5 Char"/>
    <w:basedOn w:val="DefaultParagraphFont"/>
    <w:link w:val="Heading5"/>
    <w:uiPriority w:val="9"/>
    <w:semiHidden w:val="1"/>
    <w:rsid w:val="00FC693F"/>
    <w:rPr>
      <w:rFonts w:asciiTheme="majorHAnsi" w:cstheme="majorBidi" w:eastAsiaTheme="majorEastAsia" w:hAnsiTheme="majorHAnsi"/>
      <w:color w:val="243f60" w:themeColor="accent1" w:themeShade="00007F"/>
    </w:rPr>
  </w:style>
  <w:style w:type="character" w:styleId="Heading6Char" w:customStyle="1">
    <w:name w:val="Heading 6 Char"/>
    <w:basedOn w:val="DefaultParagraphFont"/>
    <w:link w:val="Heading6"/>
    <w:uiPriority w:val="9"/>
    <w:semiHidden w:val="1"/>
    <w:rsid w:val="00FC693F"/>
    <w:rPr>
      <w:rFonts w:asciiTheme="majorHAnsi" w:cstheme="majorBidi" w:eastAsiaTheme="majorEastAsia" w:hAnsiTheme="majorHAnsi"/>
      <w:i w:val="1"/>
      <w:iCs w:val="1"/>
      <w:color w:val="243f60" w:themeColor="accent1" w:themeShade="00007F"/>
    </w:rPr>
  </w:style>
  <w:style w:type="character" w:styleId="Heading7Char" w:customStyle="1">
    <w:name w:val="Heading 7 Char"/>
    <w:basedOn w:val="DefaultParagraphFont"/>
    <w:link w:val="Heading7"/>
    <w:uiPriority w:val="9"/>
    <w:semiHidden w:val="1"/>
    <w:rsid w:val="00FC693F"/>
    <w:rPr>
      <w:rFonts w:asciiTheme="majorHAnsi" w:cstheme="majorBidi" w:eastAsiaTheme="majorEastAsia" w:hAnsiTheme="majorHAnsi"/>
      <w:i w:val="1"/>
      <w:iCs w:val="1"/>
      <w:color w:val="404040" w:themeColor="text1" w:themeTint="0000BF"/>
    </w:rPr>
  </w:style>
  <w:style w:type="character" w:styleId="Heading8Char" w:customStyle="1">
    <w:name w:val="Heading 8 Char"/>
    <w:basedOn w:val="DefaultParagraphFont"/>
    <w:link w:val="Heading8"/>
    <w:uiPriority w:val="9"/>
    <w:semiHidden w:val="1"/>
    <w:rsid w:val="00FC693F"/>
    <w:rPr>
      <w:rFonts w:asciiTheme="majorHAnsi" w:cstheme="majorBidi" w:eastAsiaTheme="majorEastAsia" w:hAnsiTheme="majorHAnsi"/>
      <w:color w:val="4f81bd" w:themeColor="accent1"/>
      <w:sz w:val="20"/>
      <w:szCs w:val="20"/>
    </w:rPr>
  </w:style>
  <w:style w:type="character" w:styleId="Heading9Char" w:customStyle="1">
    <w:name w:val="Heading 9 Char"/>
    <w:basedOn w:val="DefaultParagraphFont"/>
    <w:link w:val="Heading9"/>
    <w:uiPriority w:val="9"/>
    <w:semiHidden w:val="1"/>
    <w:rsid w:val="00FC693F"/>
    <w:rPr>
      <w:rFonts w:asciiTheme="majorHAnsi" w:cstheme="majorBidi" w:eastAsiaTheme="majorEastAsia" w:hAnsiTheme="majorHAnsi"/>
      <w:i w:val="1"/>
      <w:iCs w:val="1"/>
      <w:color w:val="404040" w:themeColor="text1" w:themeTint="0000BF"/>
      <w:sz w:val="20"/>
      <w:szCs w:val="20"/>
    </w:rPr>
  </w:style>
  <w:style w:type="paragraph" w:styleId="Caption">
    <w:name w:val="caption"/>
    <w:basedOn w:val="Normal"/>
    <w:next w:val="Normal"/>
    <w:uiPriority w:val="35"/>
    <w:semiHidden w:val="1"/>
    <w:unhideWhenUsed w:val="1"/>
    <w:qFormat w:val="1"/>
    <w:rsid w:val="00FC693F"/>
    <w:pPr>
      <w:spacing w:line="240" w:lineRule="auto"/>
    </w:pPr>
    <w:rPr>
      <w:b w:val="1"/>
      <w:bCs w:val="1"/>
      <w:color w:val="4f81bd" w:themeColor="accent1"/>
      <w:sz w:val="18"/>
      <w:szCs w:val="18"/>
    </w:rPr>
  </w:style>
  <w:style w:type="character" w:styleId="Strong">
    <w:name w:val="Strong"/>
    <w:basedOn w:val="DefaultParagraphFont"/>
    <w:uiPriority w:val="22"/>
    <w:qFormat w:val="1"/>
    <w:rsid w:val="00FC693F"/>
    <w:rPr>
      <w:b w:val="1"/>
      <w:bCs w:val="1"/>
    </w:rPr>
  </w:style>
  <w:style w:type="character" w:styleId="Emphasis">
    <w:name w:val="Emphasis"/>
    <w:basedOn w:val="DefaultParagraphFont"/>
    <w:uiPriority w:val="20"/>
    <w:qFormat w:val="1"/>
    <w:rsid w:val="00FC693F"/>
    <w:rPr>
      <w:i w:val="1"/>
      <w:iCs w:val="1"/>
    </w:rPr>
  </w:style>
  <w:style w:type="paragraph" w:styleId="IntenseQuote">
    <w:name w:val="Intense Quote"/>
    <w:basedOn w:val="Normal"/>
    <w:next w:val="Normal"/>
    <w:link w:val="IntenseQuoteChar"/>
    <w:uiPriority w:val="30"/>
    <w:qFormat w:val="1"/>
    <w:rsid w:val="00FC693F"/>
    <w:pPr>
      <w:pBdr>
        <w:bottom w:color="4f81bd" w:space="4" w:sz="4" w:themeColor="accent1" w:val="single"/>
      </w:pBdr>
      <w:spacing w:after="280" w:before="200"/>
      <w:ind w:left="936" w:right="936"/>
    </w:pPr>
    <w:rPr>
      <w:b w:val="1"/>
      <w:bCs w:val="1"/>
      <w:i w:val="1"/>
      <w:iCs w:val="1"/>
      <w:color w:val="4f81bd" w:themeColor="accent1"/>
    </w:rPr>
  </w:style>
  <w:style w:type="character" w:styleId="IntenseQuoteChar" w:customStyle="1">
    <w:name w:val="Intense Quote Char"/>
    <w:basedOn w:val="DefaultParagraphFont"/>
    <w:link w:val="IntenseQuote"/>
    <w:uiPriority w:val="30"/>
    <w:rsid w:val="00FC693F"/>
    <w:rPr>
      <w:b w:val="1"/>
      <w:bCs w:val="1"/>
      <w:i w:val="1"/>
      <w:iCs w:val="1"/>
      <w:color w:val="4f81bd" w:themeColor="accent1"/>
    </w:rPr>
  </w:style>
  <w:style w:type="character" w:styleId="SubtleEmphasis">
    <w:name w:val="Subtle Emphasis"/>
    <w:basedOn w:val="DefaultParagraphFont"/>
    <w:uiPriority w:val="19"/>
    <w:qFormat w:val="1"/>
    <w:rsid w:val="00FC693F"/>
    <w:rPr>
      <w:i w:val="1"/>
      <w:iCs w:val="1"/>
      <w:color w:val="808080" w:themeColor="text1" w:themeTint="00007F"/>
    </w:rPr>
  </w:style>
  <w:style w:type="character" w:styleId="IntenseEmphasis">
    <w:name w:val="Intense Emphasis"/>
    <w:basedOn w:val="DefaultParagraphFont"/>
    <w:uiPriority w:val="21"/>
    <w:qFormat w:val="1"/>
    <w:rsid w:val="00FC693F"/>
    <w:rPr>
      <w:b w:val="1"/>
      <w:bCs w:val="1"/>
      <w:i w:val="1"/>
      <w:iCs w:val="1"/>
      <w:color w:val="4f81bd" w:themeColor="accent1"/>
    </w:rPr>
  </w:style>
  <w:style w:type="character" w:styleId="SubtleReference">
    <w:name w:val="Subtle Reference"/>
    <w:basedOn w:val="DefaultParagraphFont"/>
    <w:uiPriority w:val="31"/>
    <w:qFormat w:val="1"/>
    <w:rsid w:val="00FC693F"/>
    <w:rPr>
      <w:smallCaps w:val="1"/>
      <w:color w:val="c0504d" w:themeColor="accent2"/>
      <w:u w:val="single"/>
    </w:rPr>
  </w:style>
  <w:style w:type="character" w:styleId="IntenseReference">
    <w:name w:val="Intense Reference"/>
    <w:basedOn w:val="DefaultParagraphFont"/>
    <w:uiPriority w:val="32"/>
    <w:qFormat w:val="1"/>
    <w:rsid w:val="00FC693F"/>
    <w:rPr>
      <w:b w:val="1"/>
      <w:bCs w:val="1"/>
      <w:smallCaps w:val="1"/>
      <w:color w:val="c0504d" w:themeColor="accent2"/>
      <w:spacing w:val="5"/>
      <w:u w:val="single"/>
    </w:rPr>
  </w:style>
  <w:style w:type="character" w:styleId="BookTitle">
    <w:name w:val="Book Title"/>
    <w:basedOn w:val="DefaultParagraphFont"/>
    <w:uiPriority w:val="33"/>
    <w:qFormat w:val="1"/>
    <w:rsid w:val="00FC693F"/>
    <w:rPr>
      <w:b w:val="1"/>
      <w:bCs w:val="1"/>
      <w:smallCaps w:val="1"/>
      <w:spacing w:val="5"/>
    </w:rPr>
  </w:style>
  <w:style w:type="paragraph" w:styleId="TOCHeading">
    <w:name w:val="TOC Heading"/>
    <w:basedOn w:val="Heading1"/>
    <w:next w:val="Normal"/>
    <w:uiPriority w:val="39"/>
    <w:semiHidden w:val="1"/>
    <w:unhideWhenUsed w:val="1"/>
    <w:qFormat w:val="1"/>
    <w:rsid w:val="00FC693F"/>
    <w:pPr>
      <w:outlineLvl w:val="9"/>
    </w:pPr>
  </w:style>
  <w:style w:type="table" w:styleId="TableGrid">
    <w:name w:val="Table Grid"/>
    <w:basedOn w:val="TableNormal"/>
    <w:uiPriority w:val="59"/>
    <w:rsid w:val="00FC693F"/>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LightShading">
    <w:name w:val="Light Shading"/>
    <w:basedOn w:val="TableNormal"/>
    <w:uiPriority w:val="60"/>
    <w:rsid w:val="00FC693F"/>
    <w:pPr>
      <w:spacing w:after="0" w:line="240" w:lineRule="auto"/>
    </w:pPr>
    <w:rPr>
      <w:color w:val="000000" w:themeColor="text1" w:themeShade="0000BF"/>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LightShading-Accent1">
    <w:name w:val="Light Shading Accent 1"/>
    <w:basedOn w:val="TableNormal"/>
    <w:uiPriority w:val="60"/>
    <w:rsid w:val="00FC693F"/>
    <w:pPr>
      <w:spacing w:after="0" w:line="240" w:lineRule="auto"/>
    </w:pPr>
    <w:rPr>
      <w:color w:val="365f91" w:themeColor="accent1" w:themeShade="0000BF"/>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table" w:styleId="LightShading-Accent2">
    <w:name w:val="Light Shading Accent 2"/>
    <w:basedOn w:val="TableNormal"/>
    <w:uiPriority w:val="60"/>
    <w:rsid w:val="00FC693F"/>
    <w:pPr>
      <w:spacing w:after="0" w:line="240" w:lineRule="auto"/>
    </w:pPr>
    <w:rPr>
      <w:color w:val="943634" w:themeColor="accent2" w:themeShade="0000BF"/>
    </w:rPr>
    <w:tblPr>
      <w:tblStyleRowBandSize w:val="1"/>
      <w:tblStyleColBandSize w:val="1"/>
      <w:tblInd w:w="0.0" w:type="dxa"/>
      <w:tblBorders>
        <w:top w:color="c0504d" w:space="0" w:sz="8" w:themeColor="accent2" w:val="single"/>
        <w:bottom w:color="c0504d" w:space="0" w:sz="8" w:themeColor="accent2"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left w:space="0" w:sz="0" w:val="nil"/>
          <w:right w:space="0" w:sz="0" w:val="nil"/>
          <w:insideH w:space="0" w:sz="0" w:val="nil"/>
          <w:insideV w:space="0" w:sz="0" w:val="nil"/>
        </w:tcBorders>
        <w:shd w:color="auto" w:fill="efd3d2" w:themeFill="accent2" w:themeFillTint="00003F" w:val="clear"/>
      </w:tcPr>
    </w:tblStylePr>
  </w:style>
  <w:style w:type="table" w:styleId="LightShading-Accent3">
    <w:name w:val="Light Shading Accent 3"/>
    <w:basedOn w:val="TableNormal"/>
    <w:uiPriority w:val="60"/>
    <w:rsid w:val="00FC693F"/>
    <w:pPr>
      <w:spacing w:after="0" w:line="240" w:lineRule="auto"/>
    </w:pPr>
    <w:rPr>
      <w:color w:val="76923c" w:themeColor="accent3" w:themeShade="0000BF"/>
    </w:rPr>
    <w:tblPr>
      <w:tblStyleRowBandSize w:val="1"/>
      <w:tblStyleColBandSize w:val="1"/>
      <w:tblInd w:w="0.0" w:type="dxa"/>
      <w:tblBorders>
        <w:top w:color="9bbb59" w:space="0" w:sz="8" w:themeColor="accent3" w:val="single"/>
        <w:bottom w:color="9bbb59" w:space="0" w:sz="8" w:themeColor="accent3"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la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left w:space="0" w:sz="0" w:val="nil"/>
          <w:right w:space="0" w:sz="0" w:val="nil"/>
          <w:insideH w:space="0" w:sz="0" w:val="nil"/>
          <w:insideV w:space="0" w:sz="0" w:val="nil"/>
        </w:tcBorders>
        <w:shd w:color="auto" w:fill="e6eed5" w:themeFill="accent3" w:themeFillTint="00003F" w:val="clear"/>
      </w:tcPr>
    </w:tblStylePr>
  </w:style>
  <w:style w:type="table" w:styleId="LightShading-Accent4">
    <w:name w:val="Light Shading Accent 4"/>
    <w:basedOn w:val="TableNormal"/>
    <w:uiPriority w:val="60"/>
    <w:rsid w:val="00FC693F"/>
    <w:pPr>
      <w:spacing w:after="0" w:line="240" w:lineRule="auto"/>
    </w:pPr>
    <w:rPr>
      <w:color w:val="5f497a" w:themeColor="accent4" w:themeShade="0000BF"/>
    </w:rPr>
    <w:tblPr>
      <w:tblStyleRowBandSize w:val="1"/>
      <w:tblStyleColBandSize w:val="1"/>
      <w:tblInd w:w="0.0" w:type="dxa"/>
      <w:tblBorders>
        <w:top w:color="8064a2" w:space="0" w:sz="8" w:themeColor="accent4" w:val="single"/>
        <w:bottom w:color="8064a2"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left w:space="0" w:sz="0" w:val="nil"/>
          <w:right w:space="0" w:sz="0" w:val="nil"/>
          <w:insideH w:space="0" w:sz="0" w:val="nil"/>
          <w:insideV w:space="0" w:sz="0" w:val="nil"/>
        </w:tcBorders>
        <w:shd w:color="auto" w:fill="dfd8e8" w:themeFill="accent4" w:themeFillTint="00003F" w:val="clear"/>
      </w:tcPr>
    </w:tblStylePr>
  </w:style>
  <w:style w:type="table" w:styleId="LightShading-Accent5">
    <w:name w:val="Light Shading Accent 5"/>
    <w:basedOn w:val="TableNormal"/>
    <w:uiPriority w:val="60"/>
    <w:rsid w:val="00FC693F"/>
    <w:pPr>
      <w:spacing w:after="0" w:line="240" w:lineRule="auto"/>
    </w:pPr>
    <w:rPr>
      <w:color w:val="31849b" w:themeColor="accent5" w:themeShade="0000BF"/>
    </w:rPr>
    <w:tblPr>
      <w:tblStyleRowBandSize w:val="1"/>
      <w:tblStyleColBandSize w:val="1"/>
      <w:tblInd w:w="0.0" w:type="dxa"/>
      <w:tblBorders>
        <w:top w:color="4bacc6" w:space="0" w:sz="8" w:themeColor="accent5" w:val="single"/>
        <w:bottom w:color="4bacc6"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left w:space="0" w:sz="0" w:val="nil"/>
          <w:right w:space="0" w:sz="0" w:val="nil"/>
          <w:insideH w:space="0" w:sz="0" w:val="nil"/>
          <w:insideV w:space="0" w:sz="0" w:val="nil"/>
        </w:tcBorders>
        <w:shd w:color="auto" w:fill="d2eaf1" w:themeFill="accent5" w:themeFillTint="00003F" w:val="clear"/>
      </w:tcPr>
    </w:tblStylePr>
  </w:style>
  <w:style w:type="table" w:styleId="LightShading-Accent6">
    <w:name w:val="Light Shading Accent 6"/>
    <w:basedOn w:val="TableNormal"/>
    <w:uiPriority w:val="60"/>
    <w:rsid w:val="00FC693F"/>
    <w:pPr>
      <w:spacing w:after="0" w:line="240" w:lineRule="auto"/>
    </w:pPr>
    <w:rPr>
      <w:color w:val="e36c0a" w:themeColor="accent6" w:themeShade="0000BF"/>
    </w:rPr>
    <w:tblPr>
      <w:tblStyleRowBandSize w:val="1"/>
      <w:tblStyleColBandSize w:val="1"/>
      <w:tblInd w:w="0.0" w:type="dxa"/>
      <w:tblBorders>
        <w:top w:color="f79646" w:space="0" w:sz="8" w:themeColor="accent6" w:val="single"/>
        <w:bottom w:color="f79646" w:space="0" w:sz="8" w:themeColor="accent6"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la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left w:space="0" w:sz="0" w:val="nil"/>
          <w:right w:space="0" w:sz="0" w:val="nil"/>
          <w:insideH w:space="0" w:sz="0" w:val="nil"/>
          <w:insideV w:space="0" w:sz="0" w:val="nil"/>
        </w:tcBorders>
        <w:shd w:color="auto" w:fill="fde4d0" w:themeFill="accent6" w:themeFillTint="00003F" w:val="clear"/>
      </w:tcPr>
    </w:tblStylePr>
  </w:style>
  <w:style w:type="table" w:styleId="LightList">
    <w:name w:val="Light List"/>
    <w:basedOn w:val="TableNormal"/>
    <w:uiPriority w:val="61"/>
    <w:rsid w:val="00FC693F"/>
    <w:pPr>
      <w:spacing w:after="0" w:line="240" w:lineRule="auto"/>
    </w:p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4f81bd" w:themeFill="accent1" w:val="clear"/>
      </w:tcPr>
    </w:tblStylePr>
    <w:tblStylePr w:type="lastRow">
      <w:pPr>
        <w:spacing w:after="0" w:before="0" w:line="240" w:lineRule="auto"/>
      </w:pPr>
      <w:rPr>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val="1"/>
        <w:bCs w:val="1"/>
      </w:rPr>
    </w:tblStylePr>
    <w:tblStylePr w:type="lastCol">
      <w:rPr>
        <w:b w:val="1"/>
        <w:bCs w:val="1"/>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c0504d" w:themeFill="accent2" w:val="clear"/>
      </w:tcPr>
    </w:tblStylePr>
    <w:tblStylePr w:type="lastRow">
      <w:pPr>
        <w:spacing w:after="0" w:before="0" w:line="240" w:lineRule="auto"/>
      </w:pPr>
      <w:rPr>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tcBorders>
      </w:tcPr>
    </w:tblStylePr>
    <w:tblStylePr w:type="firstCol">
      <w:rPr>
        <w:b w:val="1"/>
        <w:bCs w:val="1"/>
      </w:rPr>
    </w:tblStylePr>
    <w:tblStylePr w:type="lastCol">
      <w:rPr>
        <w:b w:val="1"/>
        <w:bCs w:val="1"/>
      </w:r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9bbb59" w:themeFill="accent3" w:val="clear"/>
      </w:tcPr>
    </w:tblStylePr>
    <w:tblStylePr w:type="lastRow">
      <w:pPr>
        <w:spacing w:after="0" w:before="0" w:line="240" w:lineRule="auto"/>
      </w:pPr>
      <w:rPr>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tcBorders>
      </w:tcPr>
    </w:tblStylePr>
    <w:tblStylePr w:type="firstCol">
      <w:rPr>
        <w:b w:val="1"/>
        <w:bCs w:val="1"/>
      </w:rPr>
    </w:tblStylePr>
    <w:tblStylePr w:type="lastCol">
      <w:rPr>
        <w:b w:val="1"/>
        <w:bCs w:val="1"/>
      </w:r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8064a2" w:themeFill="accent4" w:val="clear"/>
      </w:tcPr>
    </w:tblStylePr>
    <w:tblStylePr w:type="lastRow">
      <w:pPr>
        <w:spacing w:after="0" w:before="0" w:line="240" w:lineRule="auto"/>
      </w:pPr>
      <w:rPr>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tcBorders>
      </w:tcPr>
    </w:tblStylePr>
    <w:tblStylePr w:type="firstCol">
      <w:rPr>
        <w:b w:val="1"/>
        <w:bCs w:val="1"/>
      </w:rPr>
    </w:tblStylePr>
    <w:tblStylePr w:type="lastCol">
      <w:rPr>
        <w:b w:val="1"/>
        <w:bCs w:val="1"/>
      </w:r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4bacc6" w:themeFill="accent5" w:val="clear"/>
      </w:tcPr>
    </w:tblStylePr>
    <w:tblStylePr w:type="lastRow">
      <w:pPr>
        <w:spacing w:after="0" w:before="0" w:line="240" w:lineRule="auto"/>
      </w:pPr>
      <w:rPr>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tcBorders>
      </w:tcPr>
    </w:tblStylePr>
    <w:tblStylePr w:type="firstCol">
      <w:rPr>
        <w:b w:val="1"/>
        <w:bCs w:val="1"/>
      </w:rPr>
    </w:tblStylePr>
    <w:tblStylePr w:type="lastCol">
      <w:rPr>
        <w:b w:val="1"/>
        <w:bCs w:val="1"/>
      </w:r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f79646" w:themeFill="accent6" w:val="clear"/>
      </w:tcPr>
    </w:tblStylePr>
    <w:tblStylePr w:type="lastRow">
      <w:pPr>
        <w:spacing w:after="0" w:before="0" w:line="240" w:lineRule="auto"/>
      </w:pPr>
      <w:rPr>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tcBorders>
      </w:tcPr>
    </w:tblStylePr>
    <w:tblStylePr w:type="firstCol">
      <w:rPr>
        <w:b w:val="1"/>
        <w:bCs w:val="1"/>
      </w:rPr>
    </w:tblStylePr>
    <w:tblStylePr w:type="lastCol">
      <w:rPr>
        <w:b w:val="1"/>
        <w:bCs w:val="1"/>
      </w:r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style>
  <w:style w:type="table" w:styleId="LightGrid">
    <w:name w:val="Light Grid"/>
    <w:basedOn w:val="TableNormal"/>
    <w:uiPriority w:val="62"/>
    <w:rsid w:val="00CB0664"/>
    <w:pPr>
      <w:spacing w:after="0" w:line="240" w:lineRule="auto"/>
    </w:p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space="0" w:sz="0"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space="0" w:sz="0" w:val="nil"/>
          <w:insideV w:color="4f81bd"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0000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0000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18" w:themeColor="accent2" w:val="single"/>
          <w:right w:color="c0504d" w:space="0" w:sz="8" w:themeColor="accent2" w:val="single"/>
          <w:insideH w:space="0" w:sz="0" w:val="nil"/>
          <w:insideV w:color="c0504d" w:space="0" w:sz="8" w:themeColor="accent2"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insideH w:space="0" w:sz="0" w:val="nil"/>
          <w:insideV w:color="c0504d" w:space="0" w:sz="8" w:themeColor="accent2"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shd w:color="auto" w:fill="efd3d2" w:themeFill="accent2" w:themeFillTint="00003F" w:val="clear"/>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shd w:color="auto" w:fill="efd3d2" w:themeFill="accent2" w:themeFillTint="00003F" w:val="clear"/>
      </w:tcPr>
    </w:tblStylePr>
    <w:tblStylePr w:type="band2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18" w:themeColor="accent3" w:val="single"/>
          <w:right w:color="9bbb59" w:space="0" w:sz="8" w:themeColor="accent3" w:val="single"/>
          <w:insideH w:space="0" w:sz="0" w:val="nil"/>
          <w:insideV w:color="9bbb59" w:space="0" w:sz="8" w:themeColor="accent3"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insideH w:space="0" w:sz="0" w:val="nil"/>
          <w:insideV w:color="9bbb59" w:space="0" w:sz="8" w:themeColor="accent3"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shd w:color="auto" w:fill="e6eed5" w:themeFill="accent3" w:themeFillTint="00003F" w:val="clear"/>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shd w:color="auto" w:fill="e6eed5" w:themeFill="accent3" w:themeFillTint="00003F" w:val="clear"/>
      </w:tcPr>
    </w:tblStylePr>
    <w:tblStylePr w:type="band2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18" w:themeColor="accent4" w:val="single"/>
          <w:right w:color="8064a2" w:space="0" w:sz="8" w:themeColor="accent4" w:val="single"/>
          <w:insideH w:space="0" w:sz="0" w:val="nil"/>
          <w:insideV w:color="8064a2" w:space="0" w:sz="8" w:themeColor="accent4"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insideH w:space="0" w:sz="0" w:val="nil"/>
          <w:insideV w:color="8064a2" w:space="0" w:sz="8" w:themeColor="accent4"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shd w:color="auto" w:fill="dfd8e8" w:themeFill="accent4" w:themeFillTint="00003F" w:val="clear"/>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shd w:color="auto" w:fill="dfd8e8" w:themeFill="accent4" w:themeFillTint="00003F" w:val="clear"/>
      </w:tcPr>
    </w:tblStylePr>
    <w:tblStylePr w:type="band2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18" w:themeColor="accent5" w:val="single"/>
          <w:right w:color="4bacc6" w:space="0" w:sz="8" w:themeColor="accent5" w:val="single"/>
          <w:insideH w:space="0" w:sz="0" w:val="nil"/>
          <w:insideV w:color="4bacc6" w:space="0" w:sz="8" w:themeColor="accent5"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insideH w:space="0" w:sz="0" w:val="nil"/>
          <w:insideV w:color="4bacc6" w:space="0" w:sz="8" w:themeColor="accent5"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shd w:color="auto" w:fill="d2eaf1" w:themeFill="accent5" w:themeFillTint="00003F" w:val="clear"/>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shd w:color="auto" w:fill="d2eaf1" w:themeFill="accent5" w:themeFillTint="00003F" w:val="clear"/>
      </w:tcPr>
    </w:tblStylePr>
    <w:tblStylePr w:type="band2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18" w:themeColor="accent6" w:val="single"/>
          <w:right w:color="f79646" w:space="0" w:sz="8" w:themeColor="accent6" w:val="single"/>
          <w:insideH w:space="0" w:sz="0" w:val="nil"/>
          <w:insideV w:color="f79646" w:space="0" w:sz="8" w:themeColor="accent6"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insideH w:space="0" w:sz="0" w:val="nil"/>
          <w:insideV w:color="f79646" w:space="0" w:sz="8" w:themeColor="accent6"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shd w:color="auto" w:fill="fde4d0" w:themeFill="accent6" w:themeFillTint="00003F" w:val="clear"/>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shd w:color="auto" w:fill="fde4d0" w:themeFill="accent6" w:themeFillTint="00003F" w:val="clear"/>
      </w:tcPr>
    </w:tblStylePr>
    <w:tblStylePr w:type="band2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0" w:type="dxa"/>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shd w:color="auto" w:fill="000000" w:themeFill="text1" w:val="clear"/>
      </w:tcPr>
    </w:tblStylePr>
    <w:tblStylePr w:type="lastRow">
      <w:pPr>
        <w:spacing w:after="0" w:before="0" w:line="240" w:lineRule="auto"/>
      </w:pPr>
      <w:rPr>
        <w:b w:val="1"/>
        <w:bCs w:val="1"/>
      </w:rPr>
      <w:tblPr/>
      <w:tcPr>
        <w:tcBorders>
          <w:top w:color="404040" w:space="0" w:sz="6" w:themeColor="text1" w:themeTint="0000BF" w:val="doub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c0c0" w:themeFill="text1" w:themeFillTint="00003F" w:val="clear"/>
      </w:tcPr>
    </w:tblStylePr>
    <w:tblStylePr w:type="band1Horz">
      <w:tblPr/>
      <w:tcPr>
        <w:tcBorders>
          <w:insideH w:space="0" w:sz="0" w:val="nil"/>
          <w:insideV w:space="0" w:sz="0" w:val="nil"/>
        </w:tcBorders>
        <w:shd w:color="auto" w:fill="c0c0c0" w:themeFill="text1" w:themeFillTint="00003F" w:val="clear"/>
      </w:tcPr>
    </w:tblStylePr>
    <w:tblStylePr w:type="band2Horz">
      <w:tblPr/>
      <w:tcPr>
        <w:tcBorders>
          <w:insideH w:space="0" w:sz="0" w:val="nil"/>
          <w:insideV w:space="0" w:sz="0"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0" w:type="dxa"/>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shd w:color="auto" w:fill="4f81bd" w:themeFill="accent1" w:val="clear"/>
      </w:tcPr>
    </w:tblStylePr>
    <w:tblStylePr w:type="lastRow">
      <w:pPr>
        <w:spacing w:after="0" w:before="0" w:line="240" w:lineRule="auto"/>
      </w:pPr>
      <w:rPr>
        <w:b w:val="1"/>
        <w:bCs w:val="1"/>
      </w:rPr>
      <w:tblPr/>
      <w:tcPr>
        <w:tcBorders>
          <w:top w:color="7ba0cd" w:space="0" w:sz="6" w:themeColor="accent1" w:themeTint="0000BF" w:val="doub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themeFill="accent1" w:themeFillTint="00003F" w:val="clear"/>
      </w:tcPr>
    </w:tblStylePr>
    <w:tblStylePr w:type="band1Horz">
      <w:tblPr/>
      <w:tcPr>
        <w:tcBorders>
          <w:insideH w:space="0" w:sz="0" w:val="nil"/>
          <w:insideV w:space="0" w:sz="0" w:val="nil"/>
        </w:tcBorders>
        <w:shd w:color="auto" w:fill="d3dfee" w:themeFill="accent1" w:themeFillTint="00003F" w:val="clear"/>
      </w:tcPr>
    </w:tblStylePr>
    <w:tblStylePr w:type="band2Horz">
      <w:tblPr/>
      <w:tcPr>
        <w:tcBorders>
          <w:insideH w:space="0" w:sz="0" w:val="nil"/>
          <w:insideV w:space="0" w:sz="0"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0" w:type="dxa"/>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shd w:color="auto" w:fill="c0504d" w:themeFill="accent2" w:val="clear"/>
      </w:tcPr>
    </w:tblStylePr>
    <w:tblStylePr w:type="lastRow">
      <w:pPr>
        <w:spacing w:after="0" w:before="0" w:line="240" w:lineRule="auto"/>
      </w:pPr>
      <w:rPr>
        <w:b w:val="1"/>
        <w:bCs w:val="1"/>
      </w:rPr>
      <w:tblPr/>
      <w:tcPr>
        <w:tcBorders>
          <w:top w:color="cf7b79" w:space="0" w:sz="6" w:themeColor="accent2" w:themeTint="0000BF" w:val="doub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fd3d2" w:themeFill="accent2" w:themeFillTint="00003F" w:val="clear"/>
      </w:tcPr>
    </w:tblStylePr>
    <w:tblStylePr w:type="band1Horz">
      <w:tblPr/>
      <w:tcPr>
        <w:tcBorders>
          <w:insideH w:space="0" w:sz="0" w:val="nil"/>
          <w:insideV w:space="0" w:sz="0" w:val="nil"/>
        </w:tcBorders>
        <w:shd w:color="auto" w:fill="efd3d2" w:themeFill="accent2" w:themeFillTint="00003F" w:val="clear"/>
      </w:tcPr>
    </w:tblStylePr>
    <w:tblStylePr w:type="band2Horz">
      <w:tblPr/>
      <w:tcPr>
        <w:tcBorders>
          <w:insideH w:space="0" w:sz="0" w:val="nil"/>
          <w:insideV w:space="0" w:sz="0"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0" w:type="dxa"/>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shd w:color="auto" w:fill="9bbb59" w:themeFill="accent3" w:val="clear"/>
      </w:tcPr>
    </w:tblStylePr>
    <w:tblStylePr w:type="lastRow">
      <w:pPr>
        <w:spacing w:after="0" w:before="0" w:line="240" w:lineRule="auto"/>
      </w:pPr>
      <w:rPr>
        <w:b w:val="1"/>
        <w:bCs w:val="1"/>
      </w:rPr>
      <w:tblPr/>
      <w:tcPr>
        <w:tcBorders>
          <w:top w:color="b3cc82" w:space="0" w:sz="6" w:themeColor="accent3" w:themeTint="0000BF" w:val="doub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themeFill="accent3" w:themeFillTint="00003F" w:val="clear"/>
      </w:tcPr>
    </w:tblStylePr>
    <w:tblStylePr w:type="band1Horz">
      <w:tblPr/>
      <w:tcPr>
        <w:tcBorders>
          <w:insideH w:space="0" w:sz="0" w:val="nil"/>
          <w:insideV w:space="0" w:sz="0" w:val="nil"/>
        </w:tcBorders>
        <w:shd w:color="auto" w:fill="e6eed5" w:themeFill="accent3" w:themeFillTint="00003F" w:val="clear"/>
      </w:tcPr>
    </w:tblStylePr>
    <w:tblStylePr w:type="band2Horz">
      <w:tblPr/>
      <w:tcPr>
        <w:tcBorders>
          <w:insideH w:space="0" w:sz="0" w:val="nil"/>
          <w:insideV w:space="0" w:sz="0"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0" w:type="dxa"/>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shd w:color="auto" w:fill="8064a2" w:themeFill="accent4" w:val="clear"/>
      </w:tcPr>
    </w:tblStylePr>
    <w:tblStylePr w:type="lastRow">
      <w:pPr>
        <w:spacing w:after="0" w:before="0" w:line="240" w:lineRule="auto"/>
      </w:pPr>
      <w:rPr>
        <w:b w:val="1"/>
        <w:bCs w:val="1"/>
      </w:rPr>
      <w:tblPr/>
      <w:tcPr>
        <w:tcBorders>
          <w:top w:color="9f8ab9" w:space="0" w:sz="6" w:themeColor="accent4" w:themeTint="0000BF" w:val="doub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8" w:themeFill="accent4" w:themeFillTint="00003F" w:val="clear"/>
      </w:tcPr>
    </w:tblStylePr>
    <w:tblStylePr w:type="band1Horz">
      <w:tblPr/>
      <w:tcPr>
        <w:tcBorders>
          <w:insideH w:space="0" w:sz="0" w:val="nil"/>
          <w:insideV w:space="0" w:sz="0" w:val="nil"/>
        </w:tcBorders>
        <w:shd w:color="auto" w:fill="dfd8e8" w:themeFill="accent4" w:themeFillTint="00003F" w:val="clear"/>
      </w:tcPr>
    </w:tblStylePr>
    <w:tblStylePr w:type="band2Horz">
      <w:tblPr/>
      <w:tcPr>
        <w:tcBorders>
          <w:insideH w:space="0" w:sz="0" w:val="nil"/>
          <w:insideV w:space="0" w:sz="0"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0" w:type="dxa"/>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shd w:color="auto" w:fill="4bacc6" w:themeFill="accent5" w:val="clear"/>
      </w:tcPr>
    </w:tblStylePr>
    <w:tblStylePr w:type="lastRow">
      <w:pPr>
        <w:spacing w:after="0" w:before="0" w:line="240" w:lineRule="auto"/>
      </w:pPr>
      <w:rPr>
        <w:b w:val="1"/>
        <w:bCs w:val="1"/>
      </w:rPr>
      <w:tblPr/>
      <w:tcPr>
        <w:tcBorders>
          <w:top w:color="78c0d4" w:space="0" w:sz="6" w:themeColor="accent5" w:themeTint="0000BF" w:val="doub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2eaf1" w:themeFill="accent5" w:themeFillTint="00003F" w:val="clear"/>
      </w:tcPr>
    </w:tblStylePr>
    <w:tblStylePr w:type="band1Horz">
      <w:tblPr/>
      <w:tcPr>
        <w:tcBorders>
          <w:insideH w:space="0" w:sz="0" w:val="nil"/>
          <w:insideV w:space="0" w:sz="0" w:val="nil"/>
        </w:tcBorders>
        <w:shd w:color="auto" w:fill="d2eaf1" w:themeFill="accent5" w:themeFillTint="00003F" w:val="clear"/>
      </w:tcPr>
    </w:tblStylePr>
    <w:tblStylePr w:type="band2Horz">
      <w:tblPr/>
      <w:tcPr>
        <w:tcBorders>
          <w:insideH w:space="0" w:sz="0" w:val="nil"/>
          <w:insideV w:space="0" w:sz="0"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0" w:type="dxa"/>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shd w:color="auto" w:fill="f79646" w:themeFill="accent6" w:val="clear"/>
      </w:tcPr>
    </w:tblStylePr>
    <w:tblStylePr w:type="lastRow">
      <w:pPr>
        <w:spacing w:after="0" w:before="0" w:line="240" w:lineRule="auto"/>
      </w:pPr>
      <w:rPr>
        <w:b w:val="1"/>
        <w:bCs w:val="1"/>
      </w:rPr>
      <w:tblPr/>
      <w:tcPr>
        <w:tcBorders>
          <w:top w:color="f9b074" w:space="0" w:sz="6" w:themeColor="accent6" w:themeTint="0000BF" w:val="doub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de4d0" w:themeFill="accent6" w:themeFillTint="00003F" w:val="clear"/>
      </w:tcPr>
    </w:tblStylePr>
    <w:tblStylePr w:type="band1Horz">
      <w:tblPr/>
      <w:tcPr>
        <w:tcBorders>
          <w:insideH w:space="0" w:sz="0" w:val="nil"/>
          <w:insideV w:space="0" w:sz="0" w:val="nil"/>
        </w:tcBorders>
        <w:shd w:color="auto" w:fill="fde4d0" w:themeFill="accent6" w:themeFillTint="00003F" w:val="clear"/>
      </w:tcPr>
    </w:tblStylePr>
    <w:tblStylePr w:type="band2Horz">
      <w:tblPr/>
      <w:tcPr>
        <w:tcBorders>
          <w:insideH w:space="0" w:sz="0" w:val="nil"/>
          <w:insideV w:space="0" w:sz="0"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0000" w:themeFill="tex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000000" w:themeFill="tex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0000" w:themeFill="tex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f81bd" w:themeFill="accen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f81bd" w:themeFill="accen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f81bd" w:themeFill="accen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c0504d" w:themeFill="accent2"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c0504d" w:themeFill="accent2"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c0504d" w:themeFill="accent2"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9bbb59" w:themeFill="accent3"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9bbb59" w:themeFill="accent3"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9bbb59" w:themeFill="accent3"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8064a2" w:themeFill="accent4"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8064a2" w:themeFill="accent4"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8064a2" w:themeFill="accent4"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bacc6" w:themeFill="accent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bacc6" w:themeFill="accent5"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bacc6" w:themeFill="accent5"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f79646" w:themeFill="accent6"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f79646" w:themeFill="accent6"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f79646" w:themeFill="accent6"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000000" w:space="0" w:sz="8" w:themeColor="text1" w:val="single"/>
        </w:tcBorders>
      </w:tcPr>
    </w:tblStylePr>
    <w:tblStylePr w:type="lastRow">
      <w:rPr>
        <w:b w:val="1"/>
        <w:bCs w:val="1"/>
        <w:color w:val="1f497d" w:themeColor="text2"/>
      </w:rPr>
      <w:tblPr/>
      <w:tcPr>
        <w:tcBorders>
          <w:top w:color="000000" w:space="0" w:sz="8" w:themeColor="text1" w:val="single"/>
          <w:bottom w:color="000000" w:space="0" w:sz="8" w:themeColor="text1" w:val="single"/>
        </w:tcBorders>
      </w:tcPr>
    </w:tblStylePr>
    <w:tblStylePr w:type="firstCol">
      <w:rPr>
        <w:b w:val="1"/>
        <w:bCs w:val="1"/>
      </w:rPr>
    </w:tblStylePr>
    <w:tblStylePr w:type="lastCol">
      <w:rPr>
        <w:b w:val="1"/>
        <w:bCs w:val="1"/>
      </w:rPr>
      <w:tblPr/>
      <w:tcPr>
        <w:tcBorders>
          <w:top w:color="000000" w:space="0" w:sz="8" w:themeColor="text1" w:val="single"/>
          <w:bottom w:color="000000" w:space="0" w:sz="8" w:themeColor="text1" w:val="single"/>
        </w:tcBorders>
      </w:tcPr>
    </w:tblStylePr>
    <w:tblStylePr w:type="band1Vert">
      <w:tblPr/>
      <w:tcPr>
        <w:shd w:color="auto" w:fill="c0c0c0" w:themeFill="text1" w:themeFillTint="00003F" w:val="clear"/>
      </w:tcPr>
    </w:tblStylePr>
    <w:tblStylePr w:type="band1Horz">
      <w:tblPr/>
      <w:tcPr>
        <w:shd w:color="auto" w:fill="c0c0c0" w:themeFill="text1" w:themeFillTint="00003F" w:val="clear"/>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4f81bd" w:space="0" w:sz="8" w:themeColor="accent1" w:val="single"/>
        </w:tcBorders>
      </w:tcPr>
    </w:tblStylePr>
    <w:tblStylePr w:type="lastRow">
      <w:rPr>
        <w:b w:val="1"/>
        <w:bCs w:val="1"/>
        <w:color w:val="1f497d" w:themeColor="text2"/>
      </w:rPr>
      <w:tblPr/>
      <w:tcPr>
        <w:tcBorders>
          <w:top w:color="4f81bd" w:space="0" w:sz="8" w:themeColor="accent1" w:val="single"/>
          <w:bottom w:color="4f81bd" w:space="0" w:sz="8" w:themeColor="accent1" w:val="single"/>
        </w:tcBorders>
      </w:tcPr>
    </w:tblStylePr>
    <w:tblStylePr w:type="firstCol">
      <w:rPr>
        <w:b w:val="1"/>
        <w:bCs w:val="1"/>
      </w:rPr>
    </w:tblStylePr>
    <w:tblStylePr w:type="lastCol">
      <w:rPr>
        <w:b w:val="1"/>
        <w:bCs w:val="1"/>
      </w:rPr>
      <w:tblPr/>
      <w:tcPr>
        <w:tcBorders>
          <w:top w:color="4f81bd" w:space="0" w:sz="8" w:themeColor="accent1" w:val="single"/>
          <w:bottom w:color="4f81bd" w:space="0" w:sz="8" w:themeColor="accent1" w:val="single"/>
        </w:tcBorders>
      </w:tcPr>
    </w:tblStylePr>
    <w:tblStylePr w:type="band1Vert">
      <w:tblPr/>
      <w:tcPr>
        <w:shd w:color="auto" w:fill="d3dfee" w:themeFill="accent1" w:themeFillTint="00003F" w:val="clear"/>
      </w:tcPr>
    </w:tblStylePr>
    <w:tblStylePr w:type="band1Horz">
      <w:tblPr/>
      <w:tcPr>
        <w:shd w:color="auto" w:fill="d3dfee" w:themeFill="accent1" w:themeFillTint="00003F" w:val="clear"/>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0" w:type="dxa"/>
      <w:tblBorders>
        <w:top w:color="c0504d" w:space="0" w:sz="8" w:themeColor="accent2" w:val="single"/>
        <w:bottom w:color="c0504d" w:space="0" w:sz="8" w:themeColor="accent2"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c0504d" w:space="0" w:sz="8" w:themeColor="accent2" w:val="single"/>
        </w:tcBorders>
      </w:tcPr>
    </w:tblStylePr>
    <w:tblStylePr w:type="lastRow">
      <w:rPr>
        <w:b w:val="1"/>
        <w:bCs w:val="1"/>
        <w:color w:val="1f497d" w:themeColor="text2"/>
      </w:rPr>
      <w:tblPr/>
      <w:tcPr>
        <w:tcBorders>
          <w:top w:color="c0504d" w:space="0" w:sz="8" w:themeColor="accent2" w:val="single"/>
          <w:bottom w:color="c0504d" w:space="0" w:sz="8" w:themeColor="accent2" w:val="single"/>
        </w:tcBorders>
      </w:tcPr>
    </w:tblStylePr>
    <w:tblStylePr w:type="firstCol">
      <w:rPr>
        <w:b w:val="1"/>
        <w:bCs w:val="1"/>
      </w:rPr>
    </w:tblStylePr>
    <w:tblStylePr w:type="lastCol">
      <w:rPr>
        <w:b w:val="1"/>
        <w:bCs w:val="1"/>
      </w:rPr>
      <w:tblPr/>
      <w:tcPr>
        <w:tcBorders>
          <w:top w:color="c0504d" w:space="0" w:sz="8" w:themeColor="accent2" w:val="single"/>
          <w:bottom w:color="c0504d" w:space="0" w:sz="8" w:themeColor="accent2" w:val="single"/>
        </w:tcBorders>
      </w:tcPr>
    </w:tblStylePr>
    <w:tblStylePr w:type="band1Vert">
      <w:tblPr/>
      <w:tcPr>
        <w:shd w:color="auto" w:fill="efd3d2" w:themeFill="accent2" w:themeFillTint="00003F" w:val="clear"/>
      </w:tcPr>
    </w:tblStylePr>
    <w:tblStylePr w:type="band1Horz">
      <w:tblPr/>
      <w:tcPr>
        <w:shd w:color="auto" w:fill="efd3d2" w:themeFill="accent2" w:themeFillTint="00003F" w:val="clear"/>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0" w:type="dxa"/>
      <w:tblBorders>
        <w:top w:color="9bbb59" w:space="0" w:sz="8" w:themeColor="accent3" w:val="single"/>
        <w:bottom w:color="9bbb59" w:space="0" w:sz="8" w:themeColor="accent3"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9bbb59" w:space="0" w:sz="8" w:themeColor="accent3" w:val="single"/>
        </w:tcBorders>
      </w:tcPr>
    </w:tblStylePr>
    <w:tblStylePr w:type="lastRow">
      <w:rPr>
        <w:b w:val="1"/>
        <w:bCs w:val="1"/>
        <w:color w:val="1f497d" w:themeColor="text2"/>
      </w:rPr>
      <w:tblPr/>
      <w:tcPr>
        <w:tcBorders>
          <w:top w:color="9bbb59" w:space="0" w:sz="8" w:themeColor="accent3" w:val="single"/>
          <w:bottom w:color="9bbb59" w:space="0" w:sz="8" w:themeColor="accent3" w:val="single"/>
        </w:tcBorders>
      </w:tcPr>
    </w:tblStylePr>
    <w:tblStylePr w:type="firstCol">
      <w:rPr>
        <w:b w:val="1"/>
        <w:bCs w:val="1"/>
      </w:rPr>
    </w:tblStylePr>
    <w:tblStylePr w:type="lastCol">
      <w:rPr>
        <w:b w:val="1"/>
        <w:bCs w:val="1"/>
      </w:rPr>
      <w:tblPr/>
      <w:tcPr>
        <w:tcBorders>
          <w:top w:color="9bbb59" w:space="0" w:sz="8" w:themeColor="accent3" w:val="single"/>
          <w:bottom w:color="9bbb59" w:space="0" w:sz="8" w:themeColor="accent3" w:val="single"/>
        </w:tcBorders>
      </w:tcPr>
    </w:tblStylePr>
    <w:tblStylePr w:type="band1Vert">
      <w:tblPr/>
      <w:tcPr>
        <w:shd w:color="auto" w:fill="e6eed5" w:themeFill="accent3" w:themeFillTint="00003F" w:val="clear"/>
      </w:tcPr>
    </w:tblStylePr>
    <w:tblStylePr w:type="band1Horz">
      <w:tblPr/>
      <w:tcPr>
        <w:shd w:color="auto" w:fill="e6eed5" w:themeFill="accent3" w:themeFillTint="00003F" w:val="clear"/>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0" w:type="dxa"/>
      <w:tblBorders>
        <w:top w:color="8064a2" w:space="0" w:sz="8" w:themeColor="accent4" w:val="single"/>
        <w:bottom w:color="8064a2" w:space="0" w:sz="8" w:themeColor="accent4"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8064a2" w:space="0" w:sz="8" w:themeColor="accent4" w:val="single"/>
        </w:tcBorders>
      </w:tcPr>
    </w:tblStylePr>
    <w:tblStylePr w:type="lastRow">
      <w:rPr>
        <w:b w:val="1"/>
        <w:bCs w:val="1"/>
        <w:color w:val="1f497d" w:themeColor="text2"/>
      </w:rPr>
      <w:tblPr/>
      <w:tcPr>
        <w:tcBorders>
          <w:top w:color="8064a2" w:space="0" w:sz="8" w:themeColor="accent4" w:val="single"/>
          <w:bottom w:color="8064a2" w:space="0" w:sz="8" w:themeColor="accent4" w:val="single"/>
        </w:tcBorders>
      </w:tcPr>
    </w:tblStylePr>
    <w:tblStylePr w:type="firstCol">
      <w:rPr>
        <w:b w:val="1"/>
        <w:bCs w:val="1"/>
      </w:rPr>
    </w:tblStylePr>
    <w:tblStylePr w:type="lastCol">
      <w:rPr>
        <w:b w:val="1"/>
        <w:bCs w:val="1"/>
      </w:rPr>
      <w:tblPr/>
      <w:tcPr>
        <w:tcBorders>
          <w:top w:color="8064a2" w:space="0" w:sz="8" w:themeColor="accent4" w:val="single"/>
          <w:bottom w:color="8064a2" w:space="0" w:sz="8" w:themeColor="accent4" w:val="single"/>
        </w:tcBorders>
      </w:tcPr>
    </w:tblStylePr>
    <w:tblStylePr w:type="band1Vert">
      <w:tblPr/>
      <w:tcPr>
        <w:shd w:color="auto" w:fill="dfd8e8" w:themeFill="accent4" w:themeFillTint="00003F" w:val="clear"/>
      </w:tcPr>
    </w:tblStylePr>
    <w:tblStylePr w:type="band1Horz">
      <w:tblPr/>
      <w:tcPr>
        <w:shd w:color="auto" w:fill="dfd8e8" w:themeFill="accent4" w:themeFillTint="00003F" w:val="clear"/>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0" w:type="dxa"/>
      <w:tblBorders>
        <w:top w:color="4bacc6" w:space="0" w:sz="8" w:themeColor="accent5" w:val="single"/>
        <w:bottom w:color="4bacc6" w:space="0" w:sz="8" w:themeColor="accent5"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4bacc6" w:space="0" w:sz="8" w:themeColor="accent5" w:val="single"/>
        </w:tcBorders>
      </w:tcPr>
    </w:tblStylePr>
    <w:tblStylePr w:type="lastRow">
      <w:rPr>
        <w:b w:val="1"/>
        <w:bCs w:val="1"/>
        <w:color w:val="1f497d" w:themeColor="text2"/>
      </w:rPr>
      <w:tblPr/>
      <w:tcPr>
        <w:tcBorders>
          <w:top w:color="4bacc6" w:space="0" w:sz="8" w:themeColor="accent5" w:val="single"/>
          <w:bottom w:color="4bacc6" w:space="0" w:sz="8" w:themeColor="accent5" w:val="single"/>
        </w:tcBorders>
      </w:tcPr>
    </w:tblStylePr>
    <w:tblStylePr w:type="firstCol">
      <w:rPr>
        <w:b w:val="1"/>
        <w:bCs w:val="1"/>
      </w:rPr>
    </w:tblStylePr>
    <w:tblStylePr w:type="lastCol">
      <w:rPr>
        <w:b w:val="1"/>
        <w:bCs w:val="1"/>
      </w:rPr>
      <w:tblPr/>
      <w:tcPr>
        <w:tcBorders>
          <w:top w:color="4bacc6" w:space="0" w:sz="8" w:themeColor="accent5" w:val="single"/>
          <w:bottom w:color="4bacc6" w:space="0" w:sz="8" w:themeColor="accent5" w:val="single"/>
        </w:tcBorders>
      </w:tcPr>
    </w:tblStylePr>
    <w:tblStylePr w:type="band1Vert">
      <w:tblPr/>
      <w:tcPr>
        <w:shd w:color="auto" w:fill="d2eaf1" w:themeFill="accent5" w:themeFillTint="00003F" w:val="clear"/>
      </w:tcPr>
    </w:tblStylePr>
    <w:tblStylePr w:type="band1Horz">
      <w:tblPr/>
      <w:tcPr>
        <w:shd w:color="auto" w:fill="d2eaf1" w:themeFill="accent5" w:themeFillTint="00003F" w:val="clear"/>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0" w:type="dxa"/>
      <w:tblBorders>
        <w:top w:color="f79646" w:space="0" w:sz="8" w:themeColor="accent6" w:val="single"/>
        <w:bottom w:color="f79646" w:space="0" w:sz="8" w:themeColor="accent6"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f79646" w:space="0" w:sz="8" w:themeColor="accent6" w:val="single"/>
        </w:tcBorders>
      </w:tcPr>
    </w:tblStylePr>
    <w:tblStylePr w:type="lastRow">
      <w:rPr>
        <w:b w:val="1"/>
        <w:bCs w:val="1"/>
        <w:color w:val="1f497d" w:themeColor="text2"/>
      </w:rPr>
      <w:tblPr/>
      <w:tcPr>
        <w:tcBorders>
          <w:top w:color="f79646" w:space="0" w:sz="8" w:themeColor="accent6" w:val="single"/>
          <w:bottom w:color="f79646" w:space="0" w:sz="8" w:themeColor="accent6" w:val="single"/>
        </w:tcBorders>
      </w:tcPr>
    </w:tblStylePr>
    <w:tblStylePr w:type="firstCol">
      <w:rPr>
        <w:b w:val="1"/>
        <w:bCs w:val="1"/>
      </w:rPr>
    </w:tblStylePr>
    <w:tblStylePr w:type="lastCol">
      <w:rPr>
        <w:b w:val="1"/>
        <w:bCs w:val="1"/>
      </w:rPr>
      <w:tblPr/>
      <w:tcPr>
        <w:tcBorders>
          <w:top w:color="f79646" w:space="0" w:sz="8" w:themeColor="accent6" w:val="single"/>
          <w:bottom w:color="f79646" w:space="0" w:sz="8" w:themeColor="accent6" w:val="single"/>
        </w:tcBorders>
      </w:tcPr>
    </w:tblStylePr>
    <w:tblStylePr w:type="band1Vert">
      <w:tblPr/>
      <w:tcPr>
        <w:shd w:color="auto" w:fill="fde4d0" w:themeFill="accent6" w:themeFillTint="00003F" w:val="clear"/>
      </w:tcPr>
    </w:tblStylePr>
    <w:tblStylePr w:type="band1Horz">
      <w:tblPr/>
      <w:tcPr>
        <w:shd w:color="auto" w:fill="fde4d0" w:themeFill="accent6" w:themeFillTint="00003F" w:val="clear"/>
      </w:tcPr>
    </w:tblStylePr>
  </w:style>
  <w:style w:type="table" w:styleId="MediumList2">
    <w:name w:val="Medium Lis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000000" w:space="0" w:sz="24" w:themeColor="text1" w:val="single"/>
          <w:right w:space="0" w:sz="0" w:val="nil"/>
          <w:insideH w:space="0" w:sz="0" w:val="nil"/>
          <w:insideV w:space="0" w:sz="0" w:val="nil"/>
        </w:tcBorders>
        <w:shd w:color="auto" w:fill="ffffff" w:themeFill="background1" w:val="clear"/>
      </w:tcPr>
    </w:tblStylePr>
    <w:tblStylePr w:type="lastRow">
      <w:tblPr/>
      <w:tcPr>
        <w:tcBorders>
          <w:top w:color="000000" w:space="0" w:sz="8"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0000" w:space="0" w:sz="8" w:themeColor="text1" w:val="single"/>
          <w:insideH w:space="0" w:sz="0" w:val="nil"/>
          <w:insideV w:space="0" w:sz="0" w:val="nil"/>
        </w:tcBorders>
        <w:shd w:color="auto" w:fill="ffffff" w:themeFill="background1" w:val="clear"/>
      </w:tcPr>
    </w:tblStylePr>
    <w:tblStylePr w:type="lastCol">
      <w:tblPr/>
      <w:tcPr>
        <w:tcBorders>
          <w:top w:space="0" w:sz="0" w:val="nil"/>
          <w:left w:color="000000" w:space="0" w:sz="8" w:themeColor="tex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top w:space="0" w:sz="0" w:val="nil"/>
          <w:bottom w:space="0" w:sz="0" w:val="nil"/>
          <w:insideH w:space="0" w:sz="0" w:val="nil"/>
          <w:insideV w:space="0" w:sz="0" w:val="nil"/>
        </w:tcBorders>
        <w:shd w:color="auto" w:fill="c0c0c0" w:themeFill="tex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1">
    <w:name w:val="Medium List 2 Accent 1"/>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4f81bd" w:space="0" w:sz="24" w:themeColor="accent1" w:val="single"/>
          <w:right w:space="0" w:sz="0" w:val="nil"/>
          <w:insideH w:space="0" w:sz="0" w:val="nil"/>
          <w:insideV w:space="0" w:sz="0" w:val="nil"/>
        </w:tcBorders>
        <w:shd w:color="auto" w:fill="ffffff" w:themeFill="background1" w:val="clear"/>
      </w:tcPr>
    </w:tblStylePr>
    <w:tblStylePr w:type="lastRow">
      <w:tblPr/>
      <w:tcPr>
        <w:tcBorders>
          <w:top w:color="4f81bd" w:space="0" w:sz="8" w:themeColor="accen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f81bd" w:space="0" w:sz="8" w:themeColor="accent1" w:val="single"/>
          <w:insideH w:space="0" w:sz="0" w:val="nil"/>
          <w:insideV w:space="0" w:sz="0" w:val="nil"/>
        </w:tcBorders>
        <w:shd w:color="auto" w:fill="ffffff" w:themeFill="background1" w:val="clear"/>
      </w:tcPr>
    </w:tblStylePr>
    <w:tblStylePr w:type="lastCol">
      <w:tblPr/>
      <w:tcPr>
        <w:tcBorders>
          <w:top w:space="0" w:sz="0" w:val="nil"/>
          <w:left w:color="4f81bd" w:space="0" w:sz="8" w:themeColor="accen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top w:space="0" w:sz="0" w:val="nil"/>
          <w:bottom w:space="0" w:sz="0" w:val="nil"/>
          <w:insideH w:space="0" w:sz="0" w:val="nil"/>
          <w:insideV w:space="0" w:sz="0" w:val="nil"/>
        </w:tcBorders>
        <w:shd w:color="auto" w:fill="d3dfee" w:themeFill="accen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2">
    <w:name w:val="Medium List 2 Accen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tblPr/>
      <w:tcPr>
        <w:tcBorders>
          <w:top w:color="c0504d" w:space="0" w:sz="8" w:themeColor="accent2"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c0504d" w:space="0" w:sz="8" w:themeColor="accent2" w:val="single"/>
          <w:insideH w:space="0" w:sz="0" w:val="nil"/>
          <w:insideV w:space="0" w:sz="0" w:val="nil"/>
        </w:tcBorders>
        <w:shd w:color="auto" w:fill="ffffff" w:themeFill="background1" w:val="clear"/>
      </w:tcPr>
    </w:tblStylePr>
    <w:tblStylePr w:type="lastCol">
      <w:tblPr/>
      <w:tcPr>
        <w:tcBorders>
          <w:top w:space="0" w:sz="0" w:val="nil"/>
          <w:left w:color="c0504d" w:space="0" w:sz="8" w:themeColor="accent2"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top w:space="0" w:sz="0" w:val="nil"/>
          <w:bottom w:space="0" w:sz="0" w:val="nil"/>
          <w:insideH w:space="0" w:sz="0" w:val="nil"/>
          <w:insideV w:space="0" w:sz="0" w:val="nil"/>
        </w:tcBorders>
        <w:shd w:color="auto" w:fill="efd3d2" w:themeFill="accent2"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3">
    <w:name w:val="Medium List 2 Accent 3"/>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tblPr/>
      <w:tcPr>
        <w:tcBorders>
          <w:top w:color="9bbb59" w:space="0" w:sz="8" w:themeColor="accent3"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9bbb59" w:space="0" w:sz="8" w:themeColor="accent3" w:val="single"/>
          <w:insideH w:space="0" w:sz="0" w:val="nil"/>
          <w:insideV w:space="0" w:sz="0" w:val="nil"/>
        </w:tcBorders>
        <w:shd w:color="auto" w:fill="ffffff" w:themeFill="background1" w:val="clear"/>
      </w:tcPr>
    </w:tblStylePr>
    <w:tblStylePr w:type="lastCol">
      <w:tblPr/>
      <w:tcPr>
        <w:tcBorders>
          <w:top w:space="0" w:sz="0" w:val="nil"/>
          <w:left w:color="9bbb59" w:space="0" w:sz="8" w:themeColor="accent3"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top w:space="0" w:sz="0" w:val="nil"/>
          <w:bottom w:space="0" w:sz="0" w:val="nil"/>
          <w:insideH w:space="0" w:sz="0" w:val="nil"/>
          <w:insideV w:space="0" w:sz="0" w:val="nil"/>
        </w:tcBorders>
        <w:shd w:color="auto" w:fill="e6eed5" w:themeFill="accent3"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4">
    <w:name w:val="Medium List 2 Accent 4"/>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tblPr/>
      <w:tcPr>
        <w:tcBorders>
          <w:top w:color="8064a2" w:space="0" w:sz="8" w:themeColor="accent4"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8064a2" w:space="0" w:sz="8" w:themeColor="accent4" w:val="single"/>
          <w:insideH w:space="0" w:sz="0" w:val="nil"/>
          <w:insideV w:space="0" w:sz="0" w:val="nil"/>
        </w:tcBorders>
        <w:shd w:color="auto" w:fill="ffffff" w:themeFill="background1" w:val="clear"/>
      </w:tcPr>
    </w:tblStylePr>
    <w:tblStylePr w:type="lastCol">
      <w:tblPr/>
      <w:tcPr>
        <w:tcBorders>
          <w:top w:space="0" w:sz="0" w:val="nil"/>
          <w:left w:color="8064a2" w:space="0" w:sz="8" w:themeColor="accent4"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top w:space="0" w:sz="0" w:val="nil"/>
          <w:bottom w:space="0" w:sz="0" w:val="nil"/>
          <w:insideH w:space="0" w:sz="0" w:val="nil"/>
          <w:insideV w:space="0" w:sz="0" w:val="nil"/>
        </w:tcBorders>
        <w:shd w:color="auto" w:fill="dfd8e8" w:themeFill="accent4"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5">
    <w:name w:val="Medium List 2 Accent 5"/>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tblPr/>
      <w:tcPr>
        <w:tcBorders>
          <w:top w:color="4bacc6" w:space="0" w:sz="8" w:themeColor="accent5"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bacc6" w:space="0" w:sz="8" w:themeColor="accent5" w:val="single"/>
          <w:insideH w:space="0" w:sz="0" w:val="nil"/>
          <w:insideV w:space="0" w:sz="0" w:val="nil"/>
        </w:tcBorders>
        <w:shd w:color="auto" w:fill="ffffff" w:themeFill="background1" w:val="clear"/>
      </w:tcPr>
    </w:tblStylePr>
    <w:tblStylePr w:type="lastCol">
      <w:tblPr/>
      <w:tcPr>
        <w:tcBorders>
          <w:top w:space="0" w:sz="0" w:val="nil"/>
          <w:left w:color="4bacc6" w:space="0" w:sz="8" w:themeColor="accent5"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top w:space="0" w:sz="0" w:val="nil"/>
          <w:bottom w:space="0" w:sz="0" w:val="nil"/>
          <w:insideH w:space="0" w:sz="0" w:val="nil"/>
          <w:insideV w:space="0" w:sz="0" w:val="nil"/>
        </w:tcBorders>
        <w:shd w:color="auto" w:fill="d2eaf1" w:themeFill="accent5"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6">
    <w:name w:val="Medium List 2 Accent 6"/>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tblPr/>
      <w:tcPr>
        <w:tcBorders>
          <w:top w:color="f79646" w:space="0" w:sz="8" w:themeColor="accent6"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79646"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f79646"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top w:space="0" w:sz="0" w:val="nil"/>
          <w:bottom w:space="0" w:sz="0" w:val="nil"/>
          <w:insideH w:space="0" w:sz="0" w:val="nil"/>
          <w:insideV w:space="0" w:sz="0" w:val="nil"/>
        </w:tcBorders>
        <w:shd w:color="auto" w:fill="fde4d0"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0" w:type="dxa"/>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insideV w:color="404040" w:space="0" w:sz="8" w:themeColor="text1" w:themeTint="0000BF"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rPr>
    </w:tblStylePr>
    <w:tblStylePr w:type="lastRow">
      <w:rPr>
        <w:b w:val="1"/>
        <w:bCs w:val="1"/>
      </w:rPr>
      <w:tblPr/>
      <w:tcPr>
        <w:tcBorders>
          <w:top w:color="404040" w:space="0" w:sz="18" w:themeColor="text1" w:themeTint="0000BF" w:val="single"/>
        </w:tcBorders>
      </w:tcPr>
    </w:tblStylePr>
    <w:tblStylePr w:type="firstCol">
      <w:rPr>
        <w:b w:val="1"/>
        <w:bCs w:val="1"/>
      </w:rPr>
    </w:tblStylePr>
    <w:tblStylePr w:type="lastCol">
      <w:rPr>
        <w:b w:val="1"/>
        <w:bCs w:val="1"/>
      </w:r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0" w:type="dxa"/>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insideV w:color="7ba0cd" w:space="0" w:sz="8" w:themeColor="accent1" w:themeTint="0000BF"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rPr>
    </w:tblStylePr>
    <w:tblStylePr w:type="lastRow">
      <w:rPr>
        <w:b w:val="1"/>
        <w:bCs w:val="1"/>
      </w:rPr>
      <w:tblPr/>
      <w:tcPr>
        <w:tcBorders>
          <w:top w:color="7ba0c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0" w:type="dxa"/>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insideV w:color="cf7b79" w:space="0" w:sz="8" w:themeColor="accent2" w:themeTint="0000BF"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rPr>
    </w:tblStylePr>
    <w:tblStylePr w:type="lastRow">
      <w:rPr>
        <w:b w:val="1"/>
        <w:bCs w:val="1"/>
      </w:rPr>
      <w:tblPr/>
      <w:tcPr>
        <w:tcBorders>
          <w:top w:color="cf7b79" w:space="0" w:sz="18" w:themeColor="accent2" w:themeTint="0000BF" w:val="single"/>
        </w:tcBorders>
      </w:tcPr>
    </w:tblStylePr>
    <w:tblStylePr w:type="firstCol">
      <w:rPr>
        <w:b w:val="1"/>
        <w:bCs w:val="1"/>
      </w:rPr>
    </w:tblStylePr>
    <w:tblStylePr w:type="lastCol">
      <w:rPr>
        <w:b w:val="1"/>
        <w:bCs w:val="1"/>
      </w:r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0" w:type="dxa"/>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insideV w:color="b3cc82" w:space="0" w:sz="8" w:themeColor="accent3" w:themeTint="0000BF"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rPr>
    </w:tblStylePr>
    <w:tblStylePr w:type="lastRow">
      <w:rPr>
        <w:b w:val="1"/>
        <w:bCs w:val="1"/>
      </w:rPr>
      <w:tblPr/>
      <w:tcPr>
        <w:tcBorders>
          <w:top w:color="b3cc82" w:space="0" w:sz="18" w:themeColor="accent3" w:themeTint="0000BF" w:val="single"/>
        </w:tcBorders>
      </w:tcPr>
    </w:tblStylePr>
    <w:tblStylePr w:type="firstCol">
      <w:rPr>
        <w:b w:val="1"/>
        <w:bCs w:val="1"/>
      </w:rPr>
    </w:tblStylePr>
    <w:tblStylePr w:type="lastCol">
      <w:rPr>
        <w:b w:val="1"/>
        <w:bCs w:val="1"/>
      </w:r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0" w:type="dxa"/>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insideV w:color="9f8ab9" w:space="0" w:sz="8" w:themeColor="accent4" w:themeTint="0000BF"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rPr>
    </w:tblStylePr>
    <w:tblStylePr w:type="lastRow">
      <w:rPr>
        <w:b w:val="1"/>
        <w:bCs w:val="1"/>
      </w:rPr>
      <w:tblPr/>
      <w:tcPr>
        <w:tcBorders>
          <w:top w:color="9f8ab9" w:space="0" w:sz="18" w:themeColor="accent4" w:themeTint="0000BF" w:val="single"/>
        </w:tcBorders>
      </w:tcPr>
    </w:tblStylePr>
    <w:tblStylePr w:type="firstCol">
      <w:rPr>
        <w:b w:val="1"/>
        <w:bCs w:val="1"/>
      </w:rPr>
    </w:tblStylePr>
    <w:tblStylePr w:type="lastCol">
      <w:rPr>
        <w:b w:val="1"/>
        <w:bCs w:val="1"/>
      </w:r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0" w:type="dxa"/>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insideV w:color="78c0d4" w:space="0" w:sz="8" w:themeColor="accent5" w:themeTint="0000BF"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rPr>
    </w:tblStylePr>
    <w:tblStylePr w:type="lastRow">
      <w:rPr>
        <w:b w:val="1"/>
        <w:bCs w:val="1"/>
      </w:rPr>
      <w:tblPr/>
      <w:tcPr>
        <w:tcBorders>
          <w:top w:color="78c0d4" w:space="0" w:sz="18" w:themeColor="accent5" w:themeTint="0000BF" w:val="single"/>
        </w:tcBorders>
      </w:tcPr>
    </w:tblStylePr>
    <w:tblStylePr w:type="firstCol">
      <w:rPr>
        <w:b w:val="1"/>
        <w:bCs w:val="1"/>
      </w:rPr>
    </w:tblStylePr>
    <w:tblStylePr w:type="lastCol">
      <w:rPr>
        <w:b w:val="1"/>
        <w:bCs w:val="1"/>
      </w:r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0" w:type="dxa"/>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MediumGrid2">
    <w:name w:val="Medium Grid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color w:val="000000" w:themeColor="text1"/>
      </w:rPr>
      <w:tblPr/>
      <w:tcPr>
        <w:shd w:color="auto" w:fill="e6e6e6" w:themeFill="tex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cccc" w:themeFill="text1" w:themeFillTint="000033" w:val="clear"/>
      </w:tcPr>
    </w:tblStylePr>
    <w:tblStylePr w:type="band1Vert">
      <w:tblPr/>
      <w:tcPr>
        <w:shd w:color="auto" w:fill="808080" w:themeFill="text1" w:themeFillTint="00007F" w:val="clear"/>
      </w:tcPr>
    </w:tblStylePr>
    <w:tblStylePr w:type="band1Horz">
      <w:tblPr/>
      <w:tcPr>
        <w:tcBorders>
          <w:insideH w:color="000000" w:space="0" w:sz="6" w:themeColor="text1" w:val="single"/>
          <w:insideV w:color="000000" w:space="0" w:sz="6" w:themeColor="text1" w:val="single"/>
        </w:tcBorders>
        <w:shd w:color="auto" w:fill="808080" w:themeFill="text1" w:themeFillTint="00007F" w:val="clear"/>
      </w:tcPr>
    </w:tblStylePr>
    <w:tblStylePr w:type="nwCell">
      <w:tblPr/>
      <w:tcPr>
        <w:shd w:color="auto" w:fill="ffffff" w:themeFill="background1" w:val="clear"/>
      </w:tcPr>
    </w:tblStylePr>
  </w:style>
  <w:style w:type="table" w:styleId="MediumGrid2-Accent1">
    <w:name w:val="Medium Grid 2 Accent 1"/>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color w:val="000000" w:themeColor="text1"/>
      </w:rPr>
      <w:tblPr/>
      <w:tcPr>
        <w:shd w:color="auto" w:fill="edf2f8" w:themeFill="accen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be5f1" w:themeFill="accent1" w:themeFillTint="000033" w:val="clear"/>
      </w:tcPr>
    </w:tblStylePr>
    <w:tblStylePr w:type="band1Vert">
      <w:tblPr/>
      <w:tcPr>
        <w:shd w:color="auto" w:fill="a7bfde" w:themeFill="accent1" w:themeFillTint="00007F" w:val="clear"/>
      </w:tcPr>
    </w:tblStylePr>
    <w:tblStylePr w:type="band1Horz">
      <w:tblPr/>
      <w:tcPr>
        <w:tcBorders>
          <w:insideH w:color="4f81bd" w:space="0" w:sz="6" w:themeColor="accent1" w:val="single"/>
          <w:insideV w:color="4f81bd" w:space="0" w:sz="6" w:themeColor="accent1" w:val="single"/>
        </w:tcBorders>
        <w:shd w:color="auto" w:fill="a7bfde" w:themeFill="accent1" w:themeFillTint="00007F" w:val="clear"/>
      </w:tcPr>
    </w:tblStylePr>
    <w:tblStylePr w:type="nwCell">
      <w:tblPr/>
      <w:tcPr>
        <w:shd w:color="auto" w:fill="ffffff" w:themeFill="background1" w:val="clear"/>
      </w:tcPr>
    </w:tblStylePr>
  </w:style>
  <w:style w:type="table" w:styleId="MediumGrid2-Accent2">
    <w:name w:val="Medium Grid 2 Accent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color w:val="000000" w:themeColor="text1"/>
      </w:rPr>
      <w:tblPr/>
      <w:tcPr>
        <w:shd w:color="auto" w:fill="f8eded" w:themeFill="accent2"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2dbdb" w:themeFill="accent2" w:themeFillTint="000033" w:val="clear"/>
      </w:tcPr>
    </w:tblStylePr>
    <w:tblStylePr w:type="band1Vert">
      <w:tblPr/>
      <w:tcPr>
        <w:shd w:color="auto" w:fill="dfa7a6" w:themeFill="accent2" w:themeFillTint="00007F" w:val="clear"/>
      </w:tcPr>
    </w:tblStylePr>
    <w:tblStylePr w:type="band1Horz">
      <w:tblPr/>
      <w:tcPr>
        <w:tcBorders>
          <w:insideH w:color="c0504d" w:space="0" w:sz="6" w:themeColor="accent2" w:val="single"/>
          <w:insideV w:color="c0504d" w:space="0" w:sz="6" w:themeColor="accent2" w:val="single"/>
        </w:tcBorders>
        <w:shd w:color="auto" w:fill="dfa7a6" w:themeFill="accent2" w:themeFillTint="00007F" w:val="clear"/>
      </w:tcPr>
    </w:tblStylePr>
    <w:tblStylePr w:type="nwCell">
      <w:tblPr/>
      <w:tcPr>
        <w:shd w:color="auto" w:fill="ffffff" w:themeFill="background1" w:val="clear"/>
      </w:tcPr>
    </w:tblStylePr>
  </w:style>
  <w:style w:type="table" w:styleId="MediumGrid2-Accent3">
    <w:name w:val="Medium Grid 2 Accent 3"/>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color w:val="000000" w:themeColor="text1"/>
      </w:rPr>
      <w:tblPr/>
      <w:tcPr>
        <w:shd w:color="auto" w:fill="f5f8ee" w:themeFill="accent3"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af1dd" w:themeFill="accent3" w:themeFillTint="000033" w:val="clear"/>
      </w:tcPr>
    </w:tblStylePr>
    <w:tblStylePr w:type="band1Vert">
      <w:tblPr/>
      <w:tcPr>
        <w:shd w:color="auto" w:fill="cdddac" w:themeFill="accent3" w:themeFillTint="00007F" w:val="clear"/>
      </w:tcPr>
    </w:tblStylePr>
    <w:tblStylePr w:type="band1Horz">
      <w:tblPr/>
      <w:tcPr>
        <w:tcBorders>
          <w:insideH w:color="9bbb59" w:space="0" w:sz="6" w:themeColor="accent3" w:val="single"/>
          <w:insideV w:color="9bbb59" w:space="0" w:sz="6" w:themeColor="accent3" w:val="single"/>
        </w:tcBorders>
        <w:shd w:color="auto" w:fill="cdddac" w:themeFill="accent3" w:themeFillTint="00007F" w:val="clear"/>
      </w:tcPr>
    </w:tblStylePr>
    <w:tblStylePr w:type="nwCell">
      <w:tblPr/>
      <w:tcPr>
        <w:shd w:color="auto" w:fill="ffffff" w:themeFill="background1" w:val="clear"/>
      </w:tcPr>
    </w:tblStylePr>
  </w:style>
  <w:style w:type="table" w:styleId="MediumGrid2-Accent4">
    <w:name w:val="Medium Grid 2 Accent 4"/>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color w:val="000000" w:themeColor="text1"/>
      </w:rPr>
      <w:tblPr/>
      <w:tcPr>
        <w:shd w:color="auto" w:fill="f2eff6" w:themeFill="accent4"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5dfec" w:themeFill="accent4" w:themeFillTint="000033" w:val="clear"/>
      </w:tcPr>
    </w:tblStylePr>
    <w:tblStylePr w:type="band1Vert">
      <w:tblPr/>
      <w:tcPr>
        <w:shd w:color="auto" w:fill="bfb1d0" w:themeFill="accent4" w:themeFillTint="00007F" w:val="clear"/>
      </w:tcPr>
    </w:tblStylePr>
    <w:tblStylePr w:type="band1Horz">
      <w:tblPr/>
      <w:tcPr>
        <w:tcBorders>
          <w:insideH w:color="8064a2" w:space="0" w:sz="6" w:themeColor="accent4" w:val="single"/>
          <w:insideV w:color="8064a2" w:space="0" w:sz="6" w:themeColor="accent4" w:val="single"/>
        </w:tcBorders>
        <w:shd w:color="auto" w:fill="bfb1d0" w:themeFill="accent4" w:themeFillTint="00007F" w:val="clear"/>
      </w:tcPr>
    </w:tblStylePr>
    <w:tblStylePr w:type="nwCell">
      <w:tblPr/>
      <w:tcPr>
        <w:shd w:color="auto" w:fill="ffffff" w:themeFill="background1" w:val="clear"/>
      </w:tcPr>
    </w:tblStylePr>
  </w:style>
  <w:style w:type="table" w:styleId="MediumGrid2-Accent5">
    <w:name w:val="Medium Grid 2 Accent 5"/>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color w:val="000000" w:themeColor="text1"/>
      </w:rPr>
      <w:tblPr/>
      <w:tcPr>
        <w:shd w:color="auto" w:fill="edf6f9" w:themeFill="accent5"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aeef3" w:themeFill="accent5" w:themeFillTint="000033" w:val="clear"/>
      </w:tcPr>
    </w:tblStylePr>
    <w:tblStylePr w:type="band1Vert">
      <w:tblPr/>
      <w:tcPr>
        <w:shd w:color="auto" w:fill="a5d5e2" w:themeFill="accent5" w:themeFillTint="00007F" w:val="clear"/>
      </w:tcPr>
    </w:tblStylePr>
    <w:tblStylePr w:type="band1Horz">
      <w:tblPr/>
      <w:tcPr>
        <w:tcBorders>
          <w:insideH w:color="4bacc6" w:space="0" w:sz="6" w:themeColor="accent5" w:val="single"/>
          <w:insideV w:color="4bacc6" w:space="0" w:sz="6" w:themeColor="accent5" w:val="single"/>
        </w:tcBorders>
        <w:shd w:color="auto" w:fill="a5d5e2" w:themeFill="accent5" w:themeFillTint="00007F" w:val="clear"/>
      </w:tcPr>
    </w:tblStylePr>
    <w:tblStylePr w:type="nwCell">
      <w:tblPr/>
      <w:tcPr>
        <w:shd w:color="auto" w:fill="ffffff" w:themeFill="background1" w:val="clear"/>
      </w:tcPr>
    </w:tblStylePr>
  </w:style>
  <w:style w:type="table" w:styleId="MediumGrid2-Accent6">
    <w:name w:val="Medium Grid 2 Accent 6"/>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color w:val="000000" w:themeColor="text1"/>
      </w:rPr>
      <w:tblPr/>
      <w:tcPr>
        <w:shd w:color="auto" w:fill="fef4ec" w:themeFill="accent6"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de9d9" w:themeFill="accent6" w:themeFillTint="000033" w:val="clear"/>
      </w:tcPr>
    </w:tblStylePr>
    <w:tblStylePr w:type="band1Vert">
      <w:tblPr/>
      <w:tcPr>
        <w:shd w:color="auto" w:fill="fbcaa2" w:themeFill="accent6" w:themeFillTint="00007F" w:val="clear"/>
      </w:tcPr>
    </w:tblStylePr>
    <w:tblStylePr w:type="band1Horz">
      <w:tblPr/>
      <w:tcPr>
        <w:tcBorders>
          <w:insideH w:color="f79646" w:space="0" w:sz="6" w:themeColor="accent6" w:val="single"/>
          <w:insideV w:color="f79646" w:space="0" w:sz="6" w:themeColor="accent6" w:val="single"/>
        </w:tcBorders>
        <w:shd w:color="auto" w:fill="fbcaa2" w:themeFill="accent6" w:themeFillTint="00007F" w:val="clear"/>
      </w:tcPr>
    </w:tblStylePr>
    <w:tblStylePr w:type="nwCell">
      <w:tblPr/>
      <w:tcPr>
        <w:shd w:color="auto" w:fill="ffffff" w:themeFill="background1" w:val="clear"/>
      </w:tcPr>
    </w:tblStylePr>
  </w:style>
  <w:style w:type="table" w:styleId="MediumGrid3">
    <w:name w:val="Medium Grid 3"/>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00000" w:themeFill="tex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08080" w:themeFill="tex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00007F" w:val="clear"/>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f81bd" w:themeFill="accen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f81bd"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7bfde" w:themeFill="accen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7bfde" w:themeFill="accent1" w:themeFillTint="00007F" w:val="clear"/>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c0504d" w:themeFill="accent2"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c0504d"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dfa7a6" w:themeFill="accent2"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fa7a6" w:themeFill="accent2" w:themeFillTint="00007F" w:val="clear"/>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9bbb59" w:themeFill="accent3"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9bbb5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cdddac" w:themeFill="accent3"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ddac" w:themeFill="accent3" w:themeFillTint="00007F" w:val="clear"/>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8064a2" w:themeFill="accent4"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8064a2"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bfb1d0" w:themeFill="accent4"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b1d0" w:themeFill="accent4" w:themeFillTint="00007F" w:val="clear"/>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bacc6" w:themeFill="accent5"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bacc6"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5d5e2" w:themeFill="accent5"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5d5e2" w:themeFill="accent5" w:themeFillTint="00007F" w:val="clear"/>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f79646" w:themeFill="accent6"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f79646"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bcaa2" w:themeFill="accent6"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bcaa2" w:themeFill="accent6" w:themeFillTint="00007F" w:val="clear"/>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000000" w:themeFill="tex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00000" w:themeFill="tex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00000" w:themeFill="tex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00000" w:themeFill="tex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4f81bd" w:themeFill="accen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43f60" w:themeFill="accen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65f91" w:themeFill="accen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65f91" w:themeFill="accen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c0504d" w:themeFill="accent2"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622423" w:themeFill="accent2"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943634" w:themeFill="accent2"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943634" w:themeFill="accent2"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9bbb59" w:themeFill="accent3"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4e6128" w:themeFill="accent3"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6923c" w:themeFill="accent3"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6923c" w:themeFill="accent3"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8064a2" w:themeFill="accent4"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3f3151" w:themeFill="accent4"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5f497a" w:themeFill="accent4"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5f497a" w:themeFill="accent4"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4bacc6" w:themeFill="accent5"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05867" w:themeFill="accent5"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1849b" w:themeFill="accent5"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1849b" w:themeFill="accent5"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f79646" w:themeFill="accent6"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974706" w:themeFill="accent6"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e36c0a" w:themeFill="accent6"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e36c0a" w:themeFill="accent6"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6e6e6" w:themeFill="tex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00000" w:themeFill="text1" w:themeFillShade="000099" w:val="clear"/>
      </w:tcPr>
    </w:tblStylePr>
    <w:tblStylePr w:type="firstCol">
      <w:rPr>
        <w:color w:val="ffffff" w:themeColor="background1"/>
      </w:rPr>
      <w:tblPr/>
      <w:tcPr>
        <w:tcBorders>
          <w:top w:space="0" w:sz="0" w:val="nil"/>
          <w:left w:space="0" w:sz="0" w:val="nil"/>
          <w:bottom w:space="0" w:sz="0" w:val="nil"/>
          <w:right w:space="0" w:sz="0" w:val="nil"/>
          <w:insideH w:color="000000" w:space="0" w:sz="4" w:themeColor="text1" w:themeShade="000099" w:val="single"/>
          <w:insideV w:space="0" w:sz="0" w:val="nil"/>
        </w:tcBorders>
        <w:shd w:color="auto" w:fill="000000" w:themeFill="tex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Vert">
      <w:tblPr/>
      <w:tcPr>
        <w:shd w:color="auto" w:fill="999999" w:themeFill="text1" w:themeFillTint="000066" w:val="clear"/>
      </w:tcPr>
    </w:tblStylePr>
    <w:tblStylePr w:type="band1Horz">
      <w:tblPr/>
      <w:tcPr>
        <w:shd w:color="auto" w:fill="808080" w:themeFill="text1" w:themeFillTint="00007F" w:val="clear"/>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4f81bd" w:space="0" w:sz="4" w:themeColor="accent1" w:val="single"/>
        <w:bottom w:color="4f81bd" w:space="0" w:sz="4" w:themeColor="accent1" w:val="single"/>
        <w:right w:color="4f81bd" w:space="0" w:sz="4" w:themeColor="accent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f2f8" w:themeFill="accen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c4c74" w:themeFill="accent1" w:themeFillShade="000099" w:val="clear"/>
      </w:tcPr>
    </w:tblStylePr>
    <w:tblStylePr w:type="firstCol">
      <w:rPr>
        <w:color w:val="ffffff" w:themeColor="background1"/>
      </w:rPr>
      <w:tblPr/>
      <w:tcPr>
        <w:tcBorders>
          <w:top w:space="0" w:sz="0" w:val="nil"/>
          <w:left w:space="0" w:sz="0" w:val="nil"/>
          <w:bottom w:space="0" w:sz="0" w:val="nil"/>
          <w:right w:space="0" w:sz="0" w:val="nil"/>
          <w:insideH w:color="2c4c74" w:space="0" w:sz="4" w:themeColor="accent1" w:themeShade="000099" w:val="single"/>
          <w:insideV w:space="0" w:sz="0" w:val="nil"/>
        </w:tcBorders>
        <w:shd w:color="auto" w:fill="2c4c74" w:themeFill="accen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c4c74" w:themeFill="accent1" w:themeFillShade="000099" w:val="clear"/>
      </w:tcPr>
    </w:tblStylePr>
    <w:tblStylePr w:type="band1Vert">
      <w:tblPr/>
      <w:tcPr>
        <w:shd w:color="auto" w:fill="b8cce4" w:themeFill="accent1" w:themeFillTint="000066" w:val="clear"/>
      </w:tcPr>
    </w:tblStylePr>
    <w:tblStylePr w:type="band1Horz">
      <w:tblPr/>
      <w:tcPr>
        <w:shd w:color="auto" w:fill="a7bfde" w:themeFill="accent1" w:themeFillTint="00007F" w:val="clear"/>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c0504d" w:space="0" w:sz="4" w:themeColor="accent2" w:val="single"/>
        <w:bottom w:color="c0504d" w:space="0" w:sz="4" w:themeColor="accent2" w:val="single"/>
        <w:right w:color="c0504d" w:space="0" w:sz="4" w:themeColor="accent2"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8eded" w:themeFill="accent2"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772c2a" w:themeFill="accent2" w:themeFillShade="000099" w:val="clear"/>
      </w:tcPr>
    </w:tblStylePr>
    <w:tblStylePr w:type="firstCol">
      <w:rPr>
        <w:color w:val="ffffff" w:themeColor="background1"/>
      </w:rPr>
      <w:tblPr/>
      <w:tcPr>
        <w:tcBorders>
          <w:top w:space="0" w:sz="0" w:val="nil"/>
          <w:left w:space="0" w:sz="0" w:val="nil"/>
          <w:bottom w:space="0" w:sz="0" w:val="nil"/>
          <w:right w:space="0" w:sz="0" w:val="nil"/>
          <w:insideH w:color="772c2a" w:space="0" w:sz="4" w:themeColor="accent2" w:themeShade="000099" w:val="single"/>
          <w:insideV w:space="0" w:sz="0" w:val="nil"/>
        </w:tcBorders>
        <w:shd w:color="auto" w:fill="772c2a" w:themeFill="accent2"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772c2a" w:themeFill="accent2" w:themeFillShade="000099" w:val="clear"/>
      </w:tcPr>
    </w:tblStylePr>
    <w:tblStylePr w:type="band1Vert">
      <w:tblPr/>
      <w:tcPr>
        <w:shd w:color="auto" w:fill="e5b8b7" w:themeFill="accent2" w:themeFillTint="000066" w:val="clear"/>
      </w:tcPr>
    </w:tblStylePr>
    <w:tblStylePr w:type="band1Horz">
      <w:tblPr/>
      <w:tcPr>
        <w:shd w:color="auto" w:fill="dfa7a6" w:themeFill="accent2" w:themeFillTint="00007F" w:val="clear"/>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0" w:type="dxa"/>
      <w:tblBorders>
        <w:top w:color="8064a2" w:space="0" w:sz="24" w:themeColor="accent4" w:val="single"/>
        <w:left w:color="9bbb59" w:space="0" w:sz="4" w:themeColor="accent3" w:val="single"/>
        <w:bottom w:color="9bbb59" w:space="0" w:sz="4" w:themeColor="accent3" w:val="single"/>
        <w:right w:color="9bbb59" w:space="0" w:sz="4" w:themeColor="accent3"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5f8ee" w:themeFill="accent3" w:themeFillTint="000019" w:val="clear"/>
    </w:tcPr>
    <w:tblStylePr w:type="firstRow">
      <w:rPr>
        <w:b w:val="1"/>
        <w:bCs w:val="1"/>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5e7530" w:themeFill="accent3" w:themeFillShade="000099" w:val="clear"/>
      </w:tcPr>
    </w:tblStylePr>
    <w:tblStylePr w:type="firstCol">
      <w:rPr>
        <w:color w:val="ffffff" w:themeColor="background1"/>
      </w:rPr>
      <w:tblPr/>
      <w:tcPr>
        <w:tcBorders>
          <w:top w:space="0" w:sz="0" w:val="nil"/>
          <w:left w:space="0" w:sz="0" w:val="nil"/>
          <w:bottom w:space="0" w:sz="0" w:val="nil"/>
          <w:right w:space="0" w:sz="0" w:val="nil"/>
          <w:insideH w:color="5e7530" w:space="0" w:sz="4" w:themeColor="accent3" w:themeShade="000099" w:val="single"/>
          <w:insideV w:space="0" w:sz="0" w:val="nil"/>
        </w:tcBorders>
        <w:shd w:color="auto" w:fill="5e7530" w:themeFill="accent3"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5e7530" w:themeFill="accent3" w:themeFillShade="000099" w:val="clear"/>
      </w:tcPr>
    </w:tblStylePr>
    <w:tblStylePr w:type="band1Vert">
      <w:tblPr/>
      <w:tcPr>
        <w:shd w:color="auto" w:fill="d6e3bc" w:themeFill="accent3" w:themeFillTint="000066" w:val="clear"/>
      </w:tcPr>
    </w:tblStylePr>
    <w:tblStylePr w:type="band1Horz">
      <w:tblPr/>
      <w:tcPr>
        <w:shd w:color="auto" w:fill="cdddac" w:themeFill="accent3" w:themeFillTint="00007F" w:val="clear"/>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0" w:type="dxa"/>
      <w:tblBorders>
        <w:top w:color="9bbb59" w:space="0" w:sz="24" w:themeColor="accent3" w:val="single"/>
        <w:left w:color="8064a2" w:space="0" w:sz="4" w:themeColor="accent4" w:val="single"/>
        <w:bottom w:color="8064a2" w:space="0" w:sz="4" w:themeColor="accent4" w:val="single"/>
        <w:right w:color="8064a2" w:space="0" w:sz="4" w:themeColor="accent4"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2eff6" w:themeFill="accent4" w:themeFillTint="000019" w:val="clear"/>
    </w:tcPr>
    <w:tblStylePr w:type="firstRow">
      <w:rPr>
        <w:b w:val="1"/>
        <w:bCs w:val="1"/>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4c3b62" w:themeFill="accent4" w:themeFillShade="000099" w:val="clear"/>
      </w:tcPr>
    </w:tblStylePr>
    <w:tblStylePr w:type="firstCol">
      <w:rPr>
        <w:color w:val="ffffff" w:themeColor="background1"/>
      </w:rPr>
      <w:tblPr/>
      <w:tcPr>
        <w:tcBorders>
          <w:top w:space="0" w:sz="0" w:val="nil"/>
          <w:left w:space="0" w:sz="0" w:val="nil"/>
          <w:bottom w:space="0" w:sz="0" w:val="nil"/>
          <w:right w:space="0" w:sz="0" w:val="nil"/>
          <w:insideH w:color="4c3b62" w:space="0" w:sz="4" w:themeColor="accent4" w:themeShade="000099" w:val="single"/>
          <w:insideV w:space="0" w:sz="0" w:val="nil"/>
        </w:tcBorders>
        <w:shd w:color="auto" w:fill="4c3b62" w:themeFill="accent4"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4c3b62" w:themeFill="accent4" w:themeFillShade="000099" w:val="clear"/>
      </w:tcPr>
    </w:tblStylePr>
    <w:tblStylePr w:type="band1Vert">
      <w:tblPr/>
      <w:tcPr>
        <w:shd w:color="auto" w:fill="ccc0d9" w:themeFill="accent4" w:themeFillTint="000066" w:val="clear"/>
      </w:tcPr>
    </w:tblStylePr>
    <w:tblStylePr w:type="band1Horz">
      <w:tblPr/>
      <w:tcPr>
        <w:shd w:color="auto" w:fill="bfb1d0" w:themeFill="accent4" w:themeFillTint="00007F" w:val="clear"/>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0" w:type="dxa"/>
      <w:tblBorders>
        <w:top w:color="f79646" w:space="0" w:sz="24" w:themeColor="accent6" w:val="single"/>
        <w:left w:color="4bacc6" w:space="0" w:sz="4" w:themeColor="accent5" w:val="single"/>
        <w:bottom w:color="4bacc6" w:space="0" w:sz="4" w:themeColor="accent5" w:val="single"/>
        <w:right w:color="4bacc6" w:space="0" w:sz="4" w:themeColor="accent5"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f6f9" w:themeFill="accent5" w:themeFillTint="000019" w:val="clear"/>
    </w:tcPr>
    <w:tblStylePr w:type="firstRow">
      <w:rPr>
        <w:b w:val="1"/>
        <w:bCs w:val="1"/>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76a7c" w:themeFill="accent5" w:themeFillShade="000099" w:val="clear"/>
      </w:tcPr>
    </w:tblStylePr>
    <w:tblStylePr w:type="firstCol">
      <w:rPr>
        <w:color w:val="ffffff" w:themeColor="background1"/>
      </w:rPr>
      <w:tblPr/>
      <w:tcPr>
        <w:tcBorders>
          <w:top w:space="0" w:sz="0" w:val="nil"/>
          <w:left w:space="0" w:sz="0" w:val="nil"/>
          <w:bottom w:space="0" w:sz="0" w:val="nil"/>
          <w:right w:space="0" w:sz="0" w:val="nil"/>
          <w:insideH w:color="276a7c" w:space="0" w:sz="4" w:themeColor="accent5" w:themeShade="000099" w:val="single"/>
          <w:insideV w:space="0" w:sz="0" w:val="nil"/>
        </w:tcBorders>
        <w:shd w:color="auto" w:fill="276a7c" w:themeFill="accent5"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76a7c" w:themeFill="accent5" w:themeFillShade="000099" w:val="clear"/>
      </w:tcPr>
    </w:tblStylePr>
    <w:tblStylePr w:type="band1Vert">
      <w:tblPr/>
      <w:tcPr>
        <w:shd w:color="auto" w:fill="b6dde8" w:themeFill="accent5" w:themeFillTint="000066" w:val="clear"/>
      </w:tcPr>
    </w:tblStylePr>
    <w:tblStylePr w:type="band1Horz">
      <w:tblPr/>
      <w:tcPr>
        <w:shd w:color="auto" w:fill="a5d5e2" w:themeFill="accent5" w:themeFillTint="00007F" w:val="clear"/>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0" w:type="dxa"/>
      <w:tblBorders>
        <w:top w:color="4bacc6" w:space="0" w:sz="24" w:themeColor="accent5" w:val="single"/>
        <w:left w:color="f79646" w:space="0" w:sz="4" w:themeColor="accent6" w:val="single"/>
        <w:bottom w:color="f79646" w:space="0" w:sz="4" w:themeColor="accent6" w:val="single"/>
        <w:right w:color="f79646" w:space="0" w:sz="4" w:themeColor="accent6"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ef4ec" w:themeFill="accent6" w:themeFillTint="000019" w:val="clear"/>
    </w:tcPr>
    <w:tblStylePr w:type="firstRow">
      <w:rPr>
        <w:b w:val="1"/>
        <w:bCs w:val="1"/>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b65608" w:themeFill="accent6" w:themeFillShade="000099" w:val="clear"/>
      </w:tcPr>
    </w:tblStylePr>
    <w:tblStylePr w:type="firstCol">
      <w:rPr>
        <w:color w:val="ffffff" w:themeColor="background1"/>
      </w:rPr>
      <w:tblPr/>
      <w:tcPr>
        <w:tcBorders>
          <w:top w:space="0" w:sz="0" w:val="nil"/>
          <w:left w:space="0" w:sz="0" w:val="nil"/>
          <w:bottom w:space="0" w:sz="0" w:val="nil"/>
          <w:right w:space="0" w:sz="0" w:val="nil"/>
          <w:insideH w:color="b65608" w:space="0" w:sz="4" w:themeColor="accent6" w:themeShade="000099" w:val="single"/>
          <w:insideV w:space="0" w:sz="0" w:val="nil"/>
        </w:tcBorders>
        <w:shd w:color="auto" w:fill="b65608" w:themeFill="accent6"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b65608" w:themeFill="accent6" w:themeFillShade="000099" w:val="clear"/>
      </w:tcPr>
    </w:tblStylePr>
    <w:tblStylePr w:type="band1Vert">
      <w:tblPr/>
      <w:tcPr>
        <w:shd w:color="auto" w:fill="fbd4b4" w:themeFill="accent6" w:themeFillTint="000066" w:val="clear"/>
      </w:tcPr>
    </w:tblStylePr>
    <w:tblStylePr w:type="band1Horz">
      <w:tblPr/>
      <w:tcPr>
        <w:shd w:color="auto" w:fill="fbcaa2" w:themeFill="accent6" w:themeFillTint="00007F" w:val="clear"/>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6e6e6" w:themeFill="tex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c0c0" w:themeFill="text1" w:themeFillTint="00003F" w:val="clear"/>
      </w:tcPr>
    </w:tblStylePr>
    <w:tblStylePr w:type="band1Horz">
      <w:tblPr/>
      <w:tcPr>
        <w:shd w:color="auto" w:fill="cccccc" w:themeFill="text1" w:themeFillTint="000033" w:val="clear"/>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df2f8" w:themeFill="accen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themeFill="accent1" w:themeFillTint="00003F" w:val="clear"/>
      </w:tcPr>
    </w:tblStylePr>
    <w:tblStylePr w:type="band1Horz">
      <w:tblPr/>
      <w:tcPr>
        <w:shd w:color="auto" w:fill="dbe5f1" w:themeFill="accent1" w:themeFillTint="000033" w:val="clear"/>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8eded" w:themeFill="accent2"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fd3d2" w:themeFill="accent2" w:themeFillTint="00003F" w:val="clear"/>
      </w:tcPr>
    </w:tblStylePr>
    <w:tblStylePr w:type="band1Horz">
      <w:tblPr/>
      <w:tcPr>
        <w:shd w:color="auto" w:fill="f2dbdb" w:themeFill="accent2" w:themeFillTint="000033" w:val="clear"/>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5f8ee" w:themeFill="accent3" w:themeFillTint="000019" w:val="clear"/>
    </w:tcPr>
    <w:tblStylePr w:type="firstRow">
      <w:rPr>
        <w:b w:val="1"/>
        <w:bCs w:val="1"/>
        <w:color w:val="ffffff" w:themeColor="background1"/>
      </w:rPr>
      <w:tblPr/>
      <w:tcPr>
        <w:tcBorders>
          <w:bottom w:color="ffffff" w:space="0" w:sz="12" w:themeColor="background1" w:val="single"/>
        </w:tcBorders>
        <w:shd w:color="auto" w:fill="664e82" w:themeFill="accent4" w:themeFillShade="0000CC" w:val="clear"/>
      </w:tcPr>
    </w:tblStylePr>
    <w:tblStylePr w:type="lastRow">
      <w:rPr>
        <w:b w:val="1"/>
        <w:bCs w:val="1"/>
        <w:color w:val="664e82" w:themeColor="accent4"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6eed5" w:themeFill="accent3" w:themeFillTint="00003F" w:val="clear"/>
      </w:tcPr>
    </w:tblStylePr>
    <w:tblStylePr w:type="band1Horz">
      <w:tblPr/>
      <w:tcPr>
        <w:shd w:color="auto" w:fill="eaf1dd" w:themeFill="accent3" w:themeFillTint="000033" w:val="clear"/>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2eff6" w:themeFill="accent4" w:themeFillTint="000019" w:val="clear"/>
    </w:tcPr>
    <w:tblStylePr w:type="firstRow">
      <w:rPr>
        <w:b w:val="1"/>
        <w:bCs w:val="1"/>
        <w:color w:val="ffffff" w:themeColor="background1"/>
      </w:rPr>
      <w:tblPr/>
      <w:tcPr>
        <w:tcBorders>
          <w:bottom w:color="ffffff" w:space="0" w:sz="12" w:themeColor="background1" w:val="single"/>
        </w:tcBorders>
        <w:shd w:color="auto" w:fill="7e9c40" w:themeFill="accent3" w:themeFillShade="0000CC" w:val="clear"/>
      </w:tcPr>
    </w:tblStylePr>
    <w:tblStylePr w:type="lastRow">
      <w:rPr>
        <w:b w:val="1"/>
        <w:bCs w:val="1"/>
        <w:color w:val="7e9c40" w:themeColor="accent3"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fd8e8" w:themeFill="accent4" w:themeFillTint="00003F" w:val="clear"/>
      </w:tcPr>
    </w:tblStylePr>
    <w:tblStylePr w:type="band1Horz">
      <w:tblPr/>
      <w:tcPr>
        <w:shd w:color="auto" w:fill="e5dfec" w:themeFill="accent4" w:themeFillTint="000033" w:val="clear"/>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df6f9" w:themeFill="accent5" w:themeFillTint="000019" w:val="clear"/>
    </w:tcPr>
    <w:tblStylePr w:type="firstRow">
      <w:rPr>
        <w:b w:val="1"/>
        <w:bCs w:val="1"/>
        <w:color w:val="ffffff" w:themeColor="background1"/>
      </w:rPr>
      <w:tblPr/>
      <w:tcPr>
        <w:tcBorders>
          <w:bottom w:color="ffffff" w:space="0" w:sz="12" w:themeColor="background1" w:val="single"/>
        </w:tcBorders>
        <w:shd w:color="auto" w:fill="f2730a" w:themeFill="accent6" w:themeFillShade="0000CC" w:val="clear"/>
      </w:tcPr>
    </w:tblStylePr>
    <w:tblStylePr w:type="lastRow">
      <w:rPr>
        <w:b w:val="1"/>
        <w:bCs w:val="1"/>
        <w:color w:val="f2730a" w:themeColor="accent6"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2eaf1" w:themeFill="accent5" w:themeFillTint="00003F" w:val="clear"/>
      </w:tcPr>
    </w:tblStylePr>
    <w:tblStylePr w:type="band1Horz">
      <w:tblPr/>
      <w:tcPr>
        <w:shd w:color="auto" w:fill="daeef3" w:themeFill="accent5" w:themeFillTint="000033" w:val="clear"/>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ef4ec" w:themeFill="accent6" w:themeFillTint="000019" w:val="clear"/>
    </w:tcPr>
    <w:tblStylePr w:type="firstRow">
      <w:rPr>
        <w:b w:val="1"/>
        <w:bCs w:val="1"/>
        <w:color w:val="ffffff" w:themeColor="background1"/>
      </w:rPr>
      <w:tblPr/>
      <w:tcPr>
        <w:tcBorders>
          <w:bottom w:color="ffffff" w:space="0" w:sz="12" w:themeColor="background1" w:val="single"/>
        </w:tcBorders>
        <w:shd w:color="auto" w:fill="348da5" w:themeFill="accent5" w:themeFillShade="0000CC" w:val="clear"/>
      </w:tcPr>
    </w:tblStylePr>
    <w:tblStylePr w:type="lastRow">
      <w:rPr>
        <w:b w:val="1"/>
        <w:bCs w:val="1"/>
        <w:color w:val="348da5" w:themeColor="accent5"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de4d0" w:themeFill="accent6" w:themeFillTint="00003F" w:val="clear"/>
      </w:tcPr>
    </w:tblStylePr>
    <w:tblStylePr w:type="band1Horz">
      <w:tblPr/>
      <w:tcPr>
        <w:shd w:color="auto" w:fill="fde9d9" w:themeFill="accent6" w:themeFillTint="000033" w:val="clear"/>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cccccc" w:themeFill="text1" w:themeFillTint="000033" w:val="clear"/>
    </w:tcPr>
    <w:tblStylePr w:type="firstRow">
      <w:rPr>
        <w:b w:val="1"/>
        <w:bCs w:val="1"/>
      </w:rPr>
      <w:tblPr/>
      <w:tcPr>
        <w:shd w:color="auto" w:fill="999999" w:themeFill="text1" w:themeFillTint="000066" w:val="clear"/>
      </w:tcPr>
    </w:tblStylePr>
    <w:tblStylePr w:type="lastRow">
      <w:rPr>
        <w:b w:val="1"/>
        <w:bCs w:val="1"/>
        <w:color w:val="000000" w:themeColor="text1"/>
      </w:rPr>
      <w:tblPr/>
      <w:tcPr>
        <w:shd w:color="auto" w:fill="999999" w:themeFill="text1" w:themeFillTint="000066" w:val="clear"/>
      </w:tcPr>
    </w:tblStylePr>
    <w:tblStylePr w:type="firstCol">
      <w:rPr>
        <w:color w:val="ffffff" w:themeColor="background1"/>
      </w:rPr>
      <w:tblPr/>
      <w:tcPr>
        <w:shd w:color="auto" w:fill="000000" w:themeFill="text1" w:themeFillShade="0000BF" w:val="clear"/>
      </w:tcPr>
    </w:tblStylePr>
    <w:tblStylePr w:type="lastCol">
      <w:rPr>
        <w:color w:val="ffffff" w:themeColor="background1"/>
      </w:rPr>
      <w:tblPr/>
      <w:tcPr>
        <w:shd w:color="auto" w:fill="000000" w:themeFill="text1" w:themeFillShade="0000BF" w:val="clear"/>
      </w:tc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dbe5f1" w:themeFill="accent1" w:themeFillTint="000033" w:val="clear"/>
    </w:tcPr>
    <w:tblStylePr w:type="firstRow">
      <w:rPr>
        <w:b w:val="1"/>
        <w:bCs w:val="1"/>
      </w:rPr>
      <w:tblPr/>
      <w:tcPr>
        <w:shd w:color="auto" w:fill="b8cce4" w:themeFill="accent1" w:themeFillTint="000066" w:val="clear"/>
      </w:tcPr>
    </w:tblStylePr>
    <w:tblStylePr w:type="lastRow">
      <w:rPr>
        <w:b w:val="1"/>
        <w:bCs w:val="1"/>
        <w:color w:val="000000" w:themeColor="text1"/>
      </w:rPr>
      <w:tblPr/>
      <w:tcPr>
        <w:shd w:color="auto" w:fill="b8cce4" w:themeFill="accent1" w:themeFillTint="000066" w:val="clear"/>
      </w:tcPr>
    </w:tblStylePr>
    <w:tblStylePr w:type="firstCol">
      <w:rPr>
        <w:color w:val="ffffff" w:themeColor="background1"/>
      </w:rPr>
      <w:tblPr/>
      <w:tcPr>
        <w:shd w:color="auto" w:fill="365f91" w:themeFill="accent1" w:themeFillShade="0000BF" w:val="clear"/>
      </w:tcPr>
    </w:tblStylePr>
    <w:tblStylePr w:type="lastCol">
      <w:rPr>
        <w:color w:val="ffffff" w:themeColor="background1"/>
      </w:rPr>
      <w:tblPr/>
      <w:tcPr>
        <w:shd w:color="auto" w:fill="365f91" w:themeFill="accent1" w:themeFillShade="0000BF" w:val="clear"/>
      </w:tc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2dbdb" w:themeFill="accent2" w:themeFillTint="000033" w:val="clear"/>
    </w:tcPr>
    <w:tblStylePr w:type="firstRow">
      <w:rPr>
        <w:b w:val="1"/>
        <w:bCs w:val="1"/>
      </w:rPr>
      <w:tblPr/>
      <w:tcPr>
        <w:shd w:color="auto" w:fill="e5b8b7" w:themeFill="accent2" w:themeFillTint="000066" w:val="clear"/>
      </w:tcPr>
    </w:tblStylePr>
    <w:tblStylePr w:type="lastRow">
      <w:rPr>
        <w:b w:val="1"/>
        <w:bCs w:val="1"/>
        <w:color w:val="000000" w:themeColor="text1"/>
      </w:rPr>
      <w:tblPr/>
      <w:tcPr>
        <w:shd w:color="auto" w:fill="e5b8b7" w:themeFill="accent2" w:themeFillTint="000066" w:val="clear"/>
      </w:tcPr>
    </w:tblStylePr>
    <w:tblStylePr w:type="firstCol">
      <w:rPr>
        <w:color w:val="ffffff" w:themeColor="background1"/>
      </w:rPr>
      <w:tblPr/>
      <w:tcPr>
        <w:shd w:color="auto" w:fill="943634" w:themeFill="accent2" w:themeFillShade="0000BF" w:val="clear"/>
      </w:tcPr>
    </w:tblStylePr>
    <w:tblStylePr w:type="lastCol">
      <w:rPr>
        <w:color w:val="ffffff" w:themeColor="background1"/>
      </w:rPr>
      <w:tblPr/>
      <w:tcPr>
        <w:shd w:color="auto" w:fill="943634" w:themeFill="accent2" w:themeFillShade="0000BF" w:val="clear"/>
      </w:tc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eaf1dd" w:themeFill="accent3" w:themeFillTint="000033" w:val="clear"/>
    </w:tcPr>
    <w:tblStylePr w:type="firstRow">
      <w:rPr>
        <w:b w:val="1"/>
        <w:bCs w:val="1"/>
      </w:rPr>
      <w:tblPr/>
      <w:tcPr>
        <w:shd w:color="auto" w:fill="d6e3bc" w:themeFill="accent3" w:themeFillTint="000066" w:val="clear"/>
      </w:tcPr>
    </w:tblStylePr>
    <w:tblStylePr w:type="lastRow">
      <w:rPr>
        <w:b w:val="1"/>
        <w:bCs w:val="1"/>
        <w:color w:val="000000" w:themeColor="text1"/>
      </w:rPr>
      <w:tblPr/>
      <w:tcPr>
        <w:shd w:color="auto" w:fill="d6e3bc" w:themeFill="accent3" w:themeFillTint="000066" w:val="clear"/>
      </w:tcPr>
    </w:tblStylePr>
    <w:tblStylePr w:type="firstCol">
      <w:rPr>
        <w:color w:val="ffffff" w:themeColor="background1"/>
      </w:rPr>
      <w:tblPr/>
      <w:tcPr>
        <w:shd w:color="auto" w:fill="76923c" w:themeFill="accent3" w:themeFillShade="0000BF" w:val="clear"/>
      </w:tcPr>
    </w:tblStylePr>
    <w:tblStylePr w:type="lastCol">
      <w:rPr>
        <w:color w:val="ffffff" w:themeColor="background1"/>
      </w:rPr>
      <w:tblPr/>
      <w:tcPr>
        <w:shd w:color="auto" w:fill="76923c" w:themeFill="accent3" w:themeFillShade="0000BF" w:val="clear"/>
      </w:tc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e5dfec" w:themeFill="accent4" w:themeFillTint="000033" w:val="clear"/>
    </w:tcPr>
    <w:tblStylePr w:type="firstRow">
      <w:rPr>
        <w:b w:val="1"/>
        <w:bCs w:val="1"/>
      </w:rPr>
      <w:tblPr/>
      <w:tcPr>
        <w:shd w:color="auto" w:fill="ccc0d9" w:themeFill="accent4" w:themeFillTint="000066" w:val="clear"/>
      </w:tcPr>
    </w:tblStylePr>
    <w:tblStylePr w:type="lastRow">
      <w:rPr>
        <w:b w:val="1"/>
        <w:bCs w:val="1"/>
        <w:color w:val="000000" w:themeColor="text1"/>
      </w:rPr>
      <w:tblPr/>
      <w:tcPr>
        <w:shd w:color="auto" w:fill="ccc0d9" w:themeFill="accent4" w:themeFillTint="000066" w:val="clear"/>
      </w:tcPr>
    </w:tblStylePr>
    <w:tblStylePr w:type="firstCol">
      <w:rPr>
        <w:color w:val="ffffff" w:themeColor="background1"/>
      </w:rPr>
      <w:tblPr/>
      <w:tcPr>
        <w:shd w:color="auto" w:fill="5f497a" w:themeFill="accent4" w:themeFillShade="0000BF" w:val="clear"/>
      </w:tcPr>
    </w:tblStylePr>
    <w:tblStylePr w:type="lastCol">
      <w:rPr>
        <w:color w:val="ffffff" w:themeColor="background1"/>
      </w:rPr>
      <w:tblPr/>
      <w:tcPr>
        <w:shd w:color="auto" w:fill="5f497a" w:themeFill="accent4" w:themeFillShade="0000BF" w:val="clear"/>
      </w:tc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daeef3" w:themeFill="accent5" w:themeFillTint="000033" w:val="clear"/>
    </w:tcPr>
    <w:tblStylePr w:type="firstRow">
      <w:rPr>
        <w:b w:val="1"/>
        <w:bCs w:val="1"/>
      </w:rPr>
      <w:tblPr/>
      <w:tcPr>
        <w:shd w:color="auto" w:fill="b6dde8" w:themeFill="accent5" w:themeFillTint="000066" w:val="clear"/>
      </w:tcPr>
    </w:tblStylePr>
    <w:tblStylePr w:type="lastRow">
      <w:rPr>
        <w:b w:val="1"/>
        <w:bCs w:val="1"/>
        <w:color w:val="000000" w:themeColor="text1"/>
      </w:rPr>
      <w:tblPr/>
      <w:tcPr>
        <w:shd w:color="auto" w:fill="b6dde8" w:themeFill="accent5" w:themeFillTint="000066" w:val="clear"/>
      </w:tcPr>
    </w:tblStylePr>
    <w:tblStylePr w:type="firstCol">
      <w:rPr>
        <w:color w:val="ffffff" w:themeColor="background1"/>
      </w:rPr>
      <w:tblPr/>
      <w:tcPr>
        <w:shd w:color="auto" w:fill="31849b" w:themeFill="accent5" w:themeFillShade="0000BF" w:val="clear"/>
      </w:tcPr>
    </w:tblStylePr>
    <w:tblStylePr w:type="lastCol">
      <w:rPr>
        <w:color w:val="ffffff" w:themeColor="background1"/>
      </w:rPr>
      <w:tblPr/>
      <w:tcPr>
        <w:shd w:color="auto" w:fill="31849b" w:themeFill="accent5" w:themeFillShade="0000BF" w:val="clear"/>
      </w:tc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de9d9" w:themeFill="accent6" w:themeFillTint="000033" w:val="clear"/>
    </w:tcPr>
    <w:tblStylePr w:type="firstRow">
      <w:rPr>
        <w:b w:val="1"/>
        <w:bCs w:val="1"/>
      </w:rPr>
      <w:tblPr/>
      <w:tcPr>
        <w:shd w:color="auto" w:fill="fbd4b4" w:themeFill="accent6" w:themeFillTint="000066" w:val="clear"/>
      </w:tcPr>
    </w:tblStylePr>
    <w:tblStylePr w:type="lastRow">
      <w:rPr>
        <w:b w:val="1"/>
        <w:bCs w:val="1"/>
        <w:color w:val="000000" w:themeColor="text1"/>
      </w:rPr>
      <w:tblPr/>
      <w:tcPr>
        <w:shd w:color="auto" w:fill="fbd4b4" w:themeFill="accent6" w:themeFillTint="000066" w:val="clear"/>
      </w:tcPr>
    </w:tblStylePr>
    <w:tblStylePr w:type="firstCol">
      <w:rPr>
        <w:color w:val="ffffff" w:themeColor="background1"/>
      </w:rPr>
      <w:tblPr/>
      <w:tcPr>
        <w:shd w:color="auto" w:fill="e36c0a" w:themeFill="accent6" w:themeFillShade="0000BF" w:val="clear"/>
      </w:tcPr>
    </w:tblStylePr>
    <w:tblStylePr w:type="lastCol">
      <w:rPr>
        <w:color w:val="ffffff" w:themeColor="background1"/>
      </w:rPr>
      <w:tblPr/>
      <w:tcPr>
        <w:shd w:color="auto" w:fill="e36c0a" w:themeFill="accent6" w:themeFillShade="0000BF" w:val="clear"/>
      </w:tc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rPr>
      <w:rFonts w:ascii="Calibri" w:cs="Calibri" w:eastAsia="Calibri" w:hAnsi="Calibri"/>
      <w:i w:val="1"/>
      <w:color w:val="4f81bd"/>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image" Target="media/image4.png"/><Relationship Id="rId21" Type="http://schemas.openxmlformats.org/officeDocument/2006/relationships/image" Target="media/image5.png"/><Relationship Id="rId24" Type="http://schemas.openxmlformats.org/officeDocument/2006/relationships/image" Target="media/image20.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image" Target="media/image10.png"/><Relationship Id="rId25" Type="http://schemas.openxmlformats.org/officeDocument/2006/relationships/image" Target="media/image13.png"/><Relationship Id="rId28" Type="http://schemas.openxmlformats.org/officeDocument/2006/relationships/image" Target="media/image15.png"/><Relationship Id="rId27" Type="http://schemas.openxmlformats.org/officeDocument/2006/relationships/image" Target="media/image16.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7.png"/><Relationship Id="rId7" Type="http://schemas.openxmlformats.org/officeDocument/2006/relationships/image" Target="media/image25.png"/><Relationship Id="rId8" Type="http://schemas.openxmlformats.org/officeDocument/2006/relationships/header" Target="header1.xml"/><Relationship Id="rId31" Type="http://schemas.openxmlformats.org/officeDocument/2006/relationships/image" Target="media/image9.png"/><Relationship Id="rId30" Type="http://schemas.openxmlformats.org/officeDocument/2006/relationships/image" Target="media/image11.png"/><Relationship Id="rId11" Type="http://schemas.openxmlformats.org/officeDocument/2006/relationships/image" Target="media/image22.png"/><Relationship Id="rId33" Type="http://schemas.openxmlformats.org/officeDocument/2006/relationships/image" Target="media/image18.png"/><Relationship Id="rId10" Type="http://schemas.openxmlformats.org/officeDocument/2006/relationships/image" Target="media/image28.png"/><Relationship Id="rId32" Type="http://schemas.openxmlformats.org/officeDocument/2006/relationships/image" Target="media/image2.png"/><Relationship Id="rId13" Type="http://schemas.openxmlformats.org/officeDocument/2006/relationships/image" Target="media/image24.png"/><Relationship Id="rId12" Type="http://schemas.openxmlformats.org/officeDocument/2006/relationships/image" Target="media/image14.png"/><Relationship Id="rId34" Type="http://schemas.openxmlformats.org/officeDocument/2006/relationships/image" Target="media/image21.png"/><Relationship Id="rId15" Type="http://schemas.openxmlformats.org/officeDocument/2006/relationships/image" Target="media/image17.png"/><Relationship Id="rId14" Type="http://schemas.openxmlformats.org/officeDocument/2006/relationships/image" Target="media/image19.png"/><Relationship Id="rId17" Type="http://schemas.openxmlformats.org/officeDocument/2006/relationships/image" Target="media/image12.png"/><Relationship Id="rId16" Type="http://schemas.openxmlformats.org/officeDocument/2006/relationships/image" Target="media/image8.png"/><Relationship Id="rId19" Type="http://schemas.openxmlformats.org/officeDocument/2006/relationships/image" Target="media/image3.png"/><Relationship Id="rId18" Type="http://schemas.openxmlformats.org/officeDocument/2006/relationships/image" Target="media/image26.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ovaMono-regular.ttf"/></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idwiMW4xsAlN3AWskd7+ga2UAQ==">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cp:coreProperties>
</file>